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color w:val="465246"/>
          <w:sz w:val="40"/>
        </w:rPr>
        <w:t>File Approval Form</w:t>
      </w:r>
    </w:p>
    <w:p>
      <w:pPr>
        <w:spacing w:before="40" w:after="40"/>
      </w:pPr>
      <w:r>
        <w:rPr>
          <w:i/>
          <w:color w:val="5E4630"/>
        </w:rPr>
        <w:t>All Things Credentialing · Your one-stop shop for credentialing, privileging &amp; enrollment</w:t>
      </w:r>
    </w:p>
    <w:p>
      <w:pPr>
        <w:spacing w:before="40" w:after="40"/>
      </w:pPr>
      <w:r>
        <w:rPr>
          <w:b/>
          <w:color w:val="8A5A00"/>
          <w:sz w:val="17"/>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1296"/>
        <w:gridCol w:w="6623"/>
      </w:tblGrid>
      <w:tr>
        <w:trPr>
          <w:trHeight w:val="288" w:hRule="atLeast"/>
          <w:cantSplit/>
        </w:trPr>
        <w:tc>
          <w:tcPr>
            <w:tcW w:type="dxa" w:w="2160"/>
            <w:shd w:val="clear" w:color="auto" w:fill="FAF7F2"/>
          </w:tcPr>
          <w:p>
            <w:pPr>
              <w:keepNext/>
              <w:spacing w:after="0"/>
            </w:pPr>
            <w:r>
              <w:rPr>
                <w:b/>
              </w:rPr>
              <w:t>Provider Name:</w:t>
            </w:r>
          </w:p>
        </w:tc>
        <w:tc>
          <w:tcPr>
            <w:tcW w:type="dxa" w:w="7920"/>
            <w:gridSpan w:val="2"/>
          </w:tcPr>
          <w:p>
            <w:pPr>
              <w:keepNext/>
              <w:spacing w:after="0"/>
            </w:pPr>
            <w:r/>
          </w:p>
        </w:tc>
      </w:tr>
      <w:tr>
        <w:trPr>
          <w:trHeight w:val="288" w:hRule="atLeast"/>
          <w:cantSplit/>
        </w:trPr>
        <w:tc>
          <w:tcPr>
            <w:tcW w:type="dxa" w:w="2160"/>
            <w:shd w:val="clear" w:color="auto" w:fill="FAF7F2"/>
          </w:tcPr>
          <w:p>
            <w:pPr>
              <w:keepNext/>
              <w:spacing w:after="0"/>
            </w:pPr>
            <w:r>
              <w:rPr>
                <w:b/>
              </w:rPr>
              <w:t>Department:</w:t>
            </w:r>
          </w:p>
        </w:tc>
        <w:tc>
          <w:tcPr>
            <w:tcW w:type="dxa" w:w="7920"/>
            <w:gridSpan w:val="2"/>
          </w:tcPr>
          <w:p>
            <w:pPr>
              <w:keepNext/>
              <w:spacing w:after="0"/>
            </w:pPr>
            <w:r/>
          </w:p>
        </w:tc>
      </w:tr>
      <w:tr>
        <w:trPr>
          <w:trHeight w:val="288" w:hRule="atLeast"/>
          <w:cantSplit/>
        </w:trPr>
        <w:tc>
          <w:tcPr>
            <w:tcW w:type="dxa" w:w="2160"/>
            <w:shd w:val="clear" w:color="auto" w:fill="FAF7F2"/>
          </w:tcPr>
          <w:p>
            <w:pPr>
              <w:keepNext/>
              <w:spacing w:after="0"/>
            </w:pPr>
            <w:r>
              <w:rPr>
                <w:b/>
              </w:rPr>
              <w:t>Request:</w:t>
            </w:r>
          </w:p>
        </w:tc>
        <w:tc>
          <w:tcPr>
            <w:tcW w:type="dxa" w:w="7920"/>
            <w:gridSpan w:val="2"/>
          </w:tcPr>
          <w:p>
            <w:pPr>
              <w:keepNext/>
              <w:spacing w:after="0"/>
            </w:pPr>
            <w:r>
              <w:t>☐ Initial Appointment   ☐ Reappointment   ☐ Additional Privileges   ☐ Change in Staff Status</w:t>
            </w:r>
          </w:p>
        </w:tc>
      </w:tr>
      <w:tr>
        <w:trPr>
          <w:trHeight w:val="288" w:hRule="atLeast"/>
          <w:cantSplit/>
        </w:trPr>
        <w:tc>
          <w:tcPr>
            <w:tcW w:type="dxa" w:w="2160"/>
          </w:tcPr>
          <w:p>
            <w:pPr>
              <w:keepNext/>
              <w:spacing w:after="0"/>
            </w:pPr>
            <w:r/>
          </w:p>
        </w:tc>
        <w:tc>
          <w:tcPr>
            <w:tcW w:type="dxa" w:w="1296"/>
          </w:tcPr>
          <w:p>
            <w:pPr>
              <w:keepNext/>
              <w:spacing w:after="0"/>
            </w:pPr>
            <w:r>
              <w:t>☐ Other:</w:t>
            </w:r>
          </w:p>
        </w:tc>
        <w:tc>
          <w:tcPr>
            <w:tcW w:type="dxa" w:w="6623"/>
          </w:tcPr>
          <w:p>
            <w:pPr>
              <w:keepNext/>
              <w:spacing w:after="0"/>
            </w:pPr>
            <w:r/>
          </w:p>
        </w:tc>
      </w:tr>
      <w:tr>
        <w:trPr>
          <w:trHeight w:val="288" w:hRule="atLeast"/>
          <w:cantSplit/>
        </w:trPr>
        <w:tc>
          <w:tcPr>
            <w:tcW w:type="dxa" w:w="2160"/>
            <w:shd w:val="clear" w:color="auto" w:fill="FAF7F2"/>
          </w:tcPr>
          <w:p>
            <w:pPr>
              <w:keepNext/>
              <w:spacing w:after="0"/>
            </w:pPr>
            <w:r>
              <w:rPr>
                <w:b/>
              </w:rPr>
              <w:t>Staff Status:</w:t>
            </w:r>
          </w:p>
        </w:tc>
        <w:tc>
          <w:tcPr>
            <w:tcW w:type="dxa" w:w="7920"/>
            <w:gridSpan w:val="2"/>
          </w:tcPr>
          <w:p>
            <w:pPr>
              <w:keepNext/>
              <w:spacing w:after="0"/>
            </w:pPr>
            <w:r/>
          </w:p>
        </w:tc>
      </w:tr>
      <w:tr>
        <w:trPr>
          <w:trHeight w:val="288" w:hRule="atLeast"/>
          <w:cantSplit/>
        </w:trPr>
        <w:tc>
          <w:tcPr>
            <w:tcW w:type="dxa" w:w="2160"/>
            <w:shd w:val="clear" w:color="auto" w:fill="FAF7F2"/>
          </w:tcPr>
          <w:p>
            <w:pPr>
              <w:keepNext w:val="0"/>
              <w:spacing w:after="0"/>
            </w:pPr>
            <w:r>
              <w:rPr>
                <w:b/>
              </w:rPr>
              <w:t>Facility:</w:t>
            </w:r>
          </w:p>
        </w:tc>
        <w:tc>
          <w:tcPr>
            <w:tcW w:type="dxa" w:w="7920"/>
            <w:gridSpan w:val="2"/>
          </w:tcPr>
          <w:p>
            <w:pPr>
              <w:keepNext w:val="0"/>
              <w:spacing w:after="0"/>
            </w:pPr>
            <w:r/>
          </w:p>
        </w:tc>
      </w:tr>
    </w:tbl>
    <w:p>
      <w:pPr>
        <w:spacing w:after="0" w:line="140" w:lineRule="exact"/>
      </w:pPr>
    </w:p>
    <w:p>
      <w:pPr>
        <w:keepNext/>
        <w:spacing w:before="40" w:after="40"/>
      </w:pPr>
      <w:r>
        <w:rPr>
          <w:i/>
          <w:color w:val="5E4630"/>
          <w:sz w:val="19"/>
        </w:rPr>
        <w:t>Documentation to support the above-noted request has been reviewed and, unless otherwise noted below, is found to be appropriate.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288" w:hRule="atLeast"/>
          <w:cantSplit/>
          <w:tblHeader/>
        </w:trPr>
        <w:tc>
          <w:tcPr>
            <w:tcW w:type="dxa" w:w="10080"/>
            <w:gridSpan w:val="4"/>
            <w:shd w:val="clear" w:color="auto" w:fill="E9DCC6"/>
          </w:tcPr>
          <w:p>
            <w:pPr>
              <w:keepNext/>
              <w:spacing w:after="0"/>
            </w:pPr>
            <w:r>
              <w:rPr>
                <w:b/>
                <w:color w:val="465246"/>
                <w:sz w:val="22"/>
              </w:rPr>
              <w:t>Department Chair / Chief review (if your org uses it)</w:t>
            </w:r>
          </w:p>
        </w:tc>
      </w:tr>
      <w:tr>
        <w:trPr>
          <w:trHeight w:val="288" w:hRule="atLeast"/>
          <w:cantSplit/>
        </w:trPr>
        <w:tc>
          <w:tcPr>
            <w:tcW w:type="dxa" w:w="2160"/>
            <w:shd w:val="clear" w:color="auto" w:fill="FAF7F2"/>
          </w:tcPr>
          <w:p>
            <w:pPr>
              <w:keepNext/>
              <w:spacing w:after="0"/>
            </w:pPr>
            <w:r>
              <w:rPr>
                <w:b/>
              </w:rPr>
              <w:t>Action:</w:t>
            </w:r>
          </w:p>
        </w:tc>
        <w:tc>
          <w:tcPr>
            <w:tcW w:type="dxa" w:w="7920"/>
            <w:gridSpan w:val="3"/>
          </w:tcPr>
          <w:p>
            <w:pPr>
              <w:keepNext/>
              <w:spacing w:after="0"/>
            </w:pPr>
            <w:r>
              <w:t>☐ Recommend approval   ☐ Recommend approval with conditions</w:t>
            </w:r>
          </w:p>
          <w:p>
            <w:pPr>
              <w:keepNext/>
              <w:spacing w:after="0"/>
            </w:pPr>
            <w:r>
              <w:t>☐ Defer   ☐ Do not recommend</w:t>
            </w:r>
          </w:p>
        </w:tc>
      </w:tr>
      <w:tr>
        <w:trPr>
          <w:trHeight w:val="461"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288" w:hRule="atLeast"/>
          <w:cantSplit/>
        </w:trPr>
        <w:tc>
          <w:tcPr>
            <w:tcW w:type="dxa" w:w="2160"/>
            <w:shd w:val="clear" w:color="auto" w:fill="FAF7F2"/>
          </w:tcPr>
          <w:p>
            <w:pPr>
              <w:keepNext/>
              <w:spacing w:after="0"/>
            </w:pPr>
            <w:r>
              <w:rPr>
                <w:b/>
              </w:rPr>
              <w:t>Printed name / title:</w:t>
            </w:r>
          </w:p>
        </w:tc>
        <w:tc>
          <w:tcPr>
            <w:tcW w:type="dxa" w:w="7920"/>
            <w:gridSpan w:val="3"/>
          </w:tcPr>
          <w:p>
            <w:pPr>
              <w:keepNext/>
              <w:spacing w:after="0"/>
            </w:pPr>
            <w:r/>
          </w:p>
        </w:tc>
      </w:tr>
      <w:tr>
        <w:trPr>
          <w:trHeight w:val="288"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288" w:hRule="atLeast"/>
          <w:cantSplit/>
          <w:tblHeader/>
        </w:trPr>
        <w:tc>
          <w:tcPr>
            <w:tcW w:type="dxa" w:w="10080"/>
            <w:gridSpan w:val="4"/>
            <w:shd w:val="clear" w:color="auto" w:fill="E9DCC6"/>
          </w:tcPr>
          <w:p>
            <w:pPr>
              <w:keepNext/>
              <w:spacing w:after="0"/>
            </w:pPr>
            <w:r>
              <w:rPr>
                <w:b/>
                <w:color w:val="465246"/>
                <w:sz w:val="22"/>
              </w:rPr>
              <w:t>Credentials Committee</w:t>
            </w:r>
          </w:p>
        </w:tc>
      </w:tr>
      <w:tr>
        <w:trPr>
          <w:trHeight w:val="288" w:hRule="atLeast"/>
          <w:cantSplit/>
        </w:trPr>
        <w:tc>
          <w:tcPr>
            <w:tcW w:type="dxa" w:w="2160"/>
            <w:shd w:val="clear" w:color="auto" w:fill="FAF7F2"/>
          </w:tcPr>
          <w:p>
            <w:pPr>
              <w:keepNext/>
              <w:spacing w:after="0"/>
            </w:pPr>
            <w:r>
              <w:rPr>
                <w:b/>
              </w:rPr>
              <w:t>Action:</w:t>
            </w:r>
          </w:p>
        </w:tc>
        <w:tc>
          <w:tcPr>
            <w:tcW w:type="dxa" w:w="7920"/>
            <w:gridSpan w:val="3"/>
          </w:tcPr>
          <w:p>
            <w:pPr>
              <w:keepNext/>
              <w:spacing w:after="0"/>
            </w:pPr>
            <w:r>
              <w:t>☐ Recommend approval   ☐ Recommend approval with conditions</w:t>
            </w:r>
          </w:p>
          <w:p>
            <w:pPr>
              <w:keepNext/>
              <w:spacing w:after="0"/>
            </w:pPr>
            <w:r>
              <w:t>☐ Defer   ☐ Do not recommend</w:t>
            </w:r>
          </w:p>
        </w:tc>
      </w:tr>
      <w:tr>
        <w:trPr>
          <w:trHeight w:val="461"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288" w:hRule="atLeast"/>
          <w:cantSplit/>
        </w:trPr>
        <w:tc>
          <w:tcPr>
            <w:tcW w:type="dxa" w:w="2160"/>
            <w:shd w:val="clear" w:color="auto" w:fill="FAF7F2"/>
          </w:tcPr>
          <w:p>
            <w:pPr>
              <w:keepNext/>
              <w:spacing w:after="0"/>
            </w:pPr>
            <w:r>
              <w:rPr>
                <w:b/>
              </w:rPr>
              <w:t>Printed name / title:</w:t>
            </w:r>
          </w:p>
        </w:tc>
        <w:tc>
          <w:tcPr>
            <w:tcW w:type="dxa" w:w="7920"/>
            <w:gridSpan w:val="3"/>
          </w:tcPr>
          <w:p>
            <w:pPr>
              <w:keepNext/>
              <w:spacing w:after="0"/>
            </w:pPr>
            <w:r/>
          </w:p>
        </w:tc>
      </w:tr>
      <w:tr>
        <w:trPr>
          <w:trHeight w:val="288"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288" w:hRule="atLeast"/>
          <w:cantSplit/>
          <w:tblHeader/>
        </w:trPr>
        <w:tc>
          <w:tcPr>
            <w:tcW w:type="dxa" w:w="10080"/>
            <w:gridSpan w:val="4"/>
            <w:shd w:val="clear" w:color="auto" w:fill="E9DCC6"/>
          </w:tcPr>
          <w:p>
            <w:pPr>
              <w:keepNext/>
              <w:spacing w:after="0"/>
            </w:pPr>
            <w:r>
              <w:rPr>
                <w:b/>
                <w:color w:val="465246"/>
                <w:sz w:val="22"/>
              </w:rPr>
              <w:t>Medical Executive Committee (MEC)</w:t>
            </w:r>
          </w:p>
        </w:tc>
      </w:tr>
      <w:tr>
        <w:trPr>
          <w:trHeight w:val="288" w:hRule="atLeast"/>
          <w:cantSplit/>
        </w:trPr>
        <w:tc>
          <w:tcPr>
            <w:tcW w:type="dxa" w:w="2160"/>
            <w:shd w:val="clear" w:color="auto" w:fill="FAF7F2"/>
          </w:tcPr>
          <w:p>
            <w:pPr>
              <w:keepNext/>
              <w:spacing w:after="0"/>
            </w:pPr>
            <w:r>
              <w:rPr>
                <w:b/>
              </w:rPr>
              <w:t>Action:</w:t>
            </w:r>
          </w:p>
        </w:tc>
        <w:tc>
          <w:tcPr>
            <w:tcW w:type="dxa" w:w="7920"/>
            <w:gridSpan w:val="3"/>
          </w:tcPr>
          <w:p>
            <w:pPr>
              <w:keepNext/>
              <w:spacing w:after="0"/>
            </w:pPr>
            <w:r>
              <w:t>☐ Recommend approval   ☐ Recommend approval with conditions</w:t>
            </w:r>
          </w:p>
          <w:p>
            <w:pPr>
              <w:keepNext/>
              <w:spacing w:after="0"/>
            </w:pPr>
            <w:r>
              <w:t>☐ Defer   ☐ Do not recommend</w:t>
            </w:r>
          </w:p>
        </w:tc>
      </w:tr>
      <w:tr>
        <w:trPr>
          <w:trHeight w:val="461"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288" w:hRule="atLeast"/>
          <w:cantSplit/>
        </w:trPr>
        <w:tc>
          <w:tcPr>
            <w:tcW w:type="dxa" w:w="2160"/>
            <w:shd w:val="clear" w:color="auto" w:fill="FAF7F2"/>
          </w:tcPr>
          <w:p>
            <w:pPr>
              <w:keepNext/>
              <w:spacing w:after="0"/>
            </w:pPr>
            <w:r>
              <w:rPr>
                <w:b/>
              </w:rPr>
              <w:t>Printed name / title:</w:t>
            </w:r>
          </w:p>
        </w:tc>
        <w:tc>
          <w:tcPr>
            <w:tcW w:type="dxa" w:w="7920"/>
            <w:gridSpan w:val="3"/>
          </w:tcPr>
          <w:p>
            <w:pPr>
              <w:keepNext/>
              <w:spacing w:after="0"/>
            </w:pPr>
            <w:r/>
          </w:p>
        </w:tc>
      </w:tr>
      <w:tr>
        <w:trPr>
          <w:trHeight w:val="288"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4320"/>
        <w:gridCol w:w="1007"/>
        <w:gridCol w:w="2592"/>
      </w:tblGrid>
      <w:tr>
        <w:trPr>
          <w:trHeight w:val="288" w:hRule="atLeast"/>
          <w:cantSplit/>
          <w:tblHeader/>
        </w:trPr>
        <w:tc>
          <w:tcPr>
            <w:tcW w:type="dxa" w:w="10080"/>
            <w:gridSpan w:val="4"/>
            <w:shd w:val="clear" w:color="auto" w:fill="E9DCC6"/>
          </w:tcPr>
          <w:p>
            <w:pPr>
              <w:keepNext/>
              <w:spacing w:after="0"/>
            </w:pPr>
            <w:r>
              <w:rPr>
                <w:b/>
                <w:color w:val="465246"/>
                <w:sz w:val="22"/>
              </w:rPr>
              <w:t>Governing Board</w:t>
            </w:r>
          </w:p>
        </w:tc>
      </w:tr>
      <w:tr>
        <w:trPr>
          <w:trHeight w:val="288" w:hRule="atLeast"/>
          <w:cantSplit/>
        </w:trPr>
        <w:tc>
          <w:tcPr>
            <w:tcW w:type="dxa" w:w="2160"/>
            <w:shd w:val="clear" w:color="auto" w:fill="FAF7F2"/>
          </w:tcPr>
          <w:p>
            <w:pPr>
              <w:keepNext/>
              <w:spacing w:after="0"/>
            </w:pPr>
            <w:r>
              <w:rPr>
                <w:b/>
              </w:rPr>
              <w:t>Action:</w:t>
            </w:r>
          </w:p>
        </w:tc>
        <w:tc>
          <w:tcPr>
            <w:tcW w:type="dxa" w:w="7920"/>
            <w:gridSpan w:val="3"/>
          </w:tcPr>
          <w:p>
            <w:pPr>
              <w:keepNext/>
              <w:spacing w:after="0"/>
            </w:pPr>
            <w:r>
              <w:t>☐ Approved   ☐ Approved with conditions</w:t>
            </w:r>
          </w:p>
          <w:p>
            <w:pPr>
              <w:keepNext/>
              <w:spacing w:after="0"/>
            </w:pPr>
            <w:r>
              <w:t>☐ Deferred   ☐ Denied</w:t>
            </w:r>
          </w:p>
        </w:tc>
      </w:tr>
      <w:tr>
        <w:trPr>
          <w:trHeight w:val="461" w:hRule="atLeast"/>
          <w:cantSplit/>
        </w:trPr>
        <w:tc>
          <w:tcPr>
            <w:tcW w:type="dxa" w:w="2160"/>
            <w:shd w:val="clear" w:color="auto" w:fill="FAF7F2"/>
          </w:tcPr>
          <w:p>
            <w:pPr>
              <w:keepNext/>
              <w:spacing w:after="0"/>
            </w:pPr>
            <w:r>
              <w:rPr>
                <w:b/>
              </w:rPr>
              <w:t>Comments:</w:t>
            </w:r>
          </w:p>
        </w:tc>
        <w:tc>
          <w:tcPr>
            <w:tcW w:type="dxa" w:w="7920"/>
            <w:gridSpan w:val="3"/>
          </w:tcPr>
          <w:p>
            <w:pPr>
              <w:keepNext/>
              <w:spacing w:after="0"/>
            </w:pPr>
            <w:r/>
          </w:p>
        </w:tc>
      </w:tr>
      <w:tr>
        <w:trPr>
          <w:trHeight w:val="288" w:hRule="atLeast"/>
          <w:cantSplit/>
        </w:trPr>
        <w:tc>
          <w:tcPr>
            <w:tcW w:type="dxa" w:w="2160"/>
            <w:shd w:val="clear" w:color="auto" w:fill="FAF7F2"/>
          </w:tcPr>
          <w:p>
            <w:pPr>
              <w:keepNext/>
              <w:spacing w:after="0"/>
            </w:pPr>
            <w:r>
              <w:rPr>
                <w:b/>
              </w:rPr>
              <w:t>Printed name / title:</w:t>
            </w:r>
          </w:p>
        </w:tc>
        <w:tc>
          <w:tcPr>
            <w:tcW w:type="dxa" w:w="7920"/>
            <w:gridSpan w:val="3"/>
          </w:tcPr>
          <w:p>
            <w:pPr>
              <w:keepNext/>
              <w:spacing w:after="0"/>
            </w:pPr>
            <w:r/>
          </w:p>
        </w:tc>
      </w:tr>
      <w:tr>
        <w:trPr>
          <w:trHeight w:val="288" w:hRule="atLeast"/>
          <w:cantSplit/>
        </w:trPr>
        <w:tc>
          <w:tcPr>
            <w:tcW w:type="dxa" w:w="2160"/>
            <w:shd w:val="clear" w:color="auto" w:fill="FAF7F2"/>
          </w:tcPr>
          <w:p>
            <w:pPr>
              <w:keepNext w:val="0"/>
              <w:spacing w:after="0"/>
            </w:pPr>
            <w:r>
              <w:rPr>
                <w:b/>
              </w:rPr>
              <w:t>Signature:</w:t>
            </w:r>
          </w:p>
        </w:tc>
        <w:tc>
          <w:tcPr>
            <w:tcW w:type="dxa" w:w="4320"/>
          </w:tcPr>
          <w:p>
            <w:pPr>
              <w:keepNext w:val="0"/>
              <w:spacing w:after="0"/>
            </w:pPr>
            <w:r/>
          </w:p>
        </w:tc>
        <w:tc>
          <w:tcPr>
            <w:tcW w:type="dxa" w:w="1007"/>
            <w:shd w:val="clear" w:color="auto" w:fill="FAF7F2"/>
          </w:tcPr>
          <w:p>
            <w:pPr>
              <w:keepNext w:val="0"/>
              <w:spacing w:after="0"/>
            </w:pPr>
            <w:r>
              <w:rPr>
                <w:b/>
              </w:rPr>
              <w:t>Date:</w:t>
            </w:r>
          </w:p>
        </w:tc>
        <w:tc>
          <w:tcPr>
            <w:tcW w:type="dxa" w:w="2592"/>
          </w:tcPr>
          <w:p>
            <w:pPr>
              <w:keepNext w:val="0"/>
              <w:spacing w:after="0"/>
            </w:pPr>
            <w:r/>
          </w:p>
        </w:tc>
      </w:tr>
    </w:tbl>
    <w:p>
      <w:pPr>
        <w:spacing w:after="0" w:line="20" w:lineRule="exact"/>
        <w:rPr>
          <w:sz w:val="2"/>
        </w:rPr>
      </w:pPr>
    </w:p>
    <w:sectPr w:rsidR="00FC693F" w:rsidRPr="0006063C" w:rsidSect="00034616">
      <w:footerReference w:type="default" r:id="rId9"/>
      <w:pgSz w:w="12240" w:h="15840"/>
      <w:pgMar w:top="576" w:right="1080" w:bottom="57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File Approval Form  |  All Things Credentialing Template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Approval Form</dc:title>
  <dc:subject/>
  <dc:creator>All Things Credentialing</dc:creator>
  <cp:keywords/>
  <dc:description/>
  <cp:lastModifiedBy>All Things Credentialing</cp:lastModifiedBy>
  <cp:revision>1</cp:revision>
  <dcterms:created xsi:type="dcterms:W3CDTF">2013-12-23T23:15:00Z</dcterms:created>
  <dcterms:modified xsi:type="dcterms:W3CDTF">2013-12-23T23:15:00Z</dcterms:modified>
  <cp:category/>
</cp:coreProperties>
</file>