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465246"/>
        </w:rPr>
        <w:t>Hospital Affiliation Verification Request</w:t>
      </w:r>
    </w:p>
    <w:p>
      <w:r>
        <w:rPr>
          <w:i/>
          <w:color w:val="5E4630"/>
        </w:rPr>
        <w:t>All Things Credentialing · Your one-stop shop for credentialing, privileging &amp; enrollment</w:t>
      </w:r>
    </w:p>
    <w:p>
      <w:r>
        <w:rPr>
          <w:i w:val="0"/>
        </w:rPr>
        <w:t>Letter and response form for a hospital, surgery center or other facility's medical staff or credentialing office. Attach the practitioner's signed authorization and release.</w:t>
      </w:r>
    </w:p>
    <w:p>
      <w:r>
        <w:rPr>
          <w:b/>
          <w:color w:val="8A5A00"/>
          <w:sz w:val="18"/>
        </w:rPr>
        <w:t>GENERAL TEMPLATE — NOT LEGAL ADVICE. This document is a generic starting point from All Things Credentialing. It is not tied to any specific accreditor's standards, state law or payer contract. Adapt it to your bylaws, policies, current accreditation standards and applicable law, and have it reviewed by your compliance team or counsel before use.</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cantSplit/>
          <w:trHeight w:val="389" w:hRule="atLeast"/>
          <w:cantSplit/>
        </w:trPr>
        <w:tc>
          <w:tcPr>
            <w:tcW w:type="dxa" w:w="3456"/>
            <w:shd w:val="clear" w:color="auto" w:fill="FAF7F2"/>
          </w:tcPr>
          <w:p>
            <w:pPr>
              <w:spacing w:after="0" w:before="0"/>
            </w:pPr>
            <w:r>
              <w:rPr>
                <w:b/>
              </w:rPr>
              <w:t>Date of request</w:t>
            </w:r>
          </w:p>
        </w:tc>
        <w:tc>
          <w:tcPr>
            <w:tcW w:type="dxa" w:w="6624"/>
          </w:tcPr>
          <w:p>
            <w:pPr>
              <w:spacing w:after="0" w:before="0"/>
            </w:pPr>
            <w:r/>
          </w:p>
        </w:tc>
      </w:tr>
      <w:tr>
        <w:trPr>
          <w:cantSplit/>
          <w:trHeight w:val="389" w:hRule="atLeast"/>
          <w:cantSplit/>
        </w:trPr>
        <w:tc>
          <w:tcPr>
            <w:tcW w:type="dxa" w:w="3456"/>
            <w:shd w:val="clear" w:color="auto" w:fill="FAF7F2"/>
          </w:tcPr>
          <w:p>
            <w:pPr>
              <w:spacing w:after="0" w:before="0"/>
            </w:pPr>
            <w:r>
              <w:rPr>
                <w:b/>
              </w:rPr>
              <w:t>To (Medical Staff Office / Credentialing)</w:t>
            </w:r>
          </w:p>
        </w:tc>
        <w:tc>
          <w:tcPr>
            <w:tcW w:type="dxa" w:w="6624"/>
          </w:tcPr>
          <w:p>
            <w:pPr>
              <w:spacing w:after="0" w:before="0"/>
            </w:pPr>
            <w:r/>
          </w:p>
        </w:tc>
      </w:tr>
      <w:tr>
        <w:trPr>
          <w:cantSplit/>
          <w:trHeight w:val="389" w:hRule="atLeast"/>
          <w:cantSplit/>
        </w:trPr>
        <w:tc>
          <w:tcPr>
            <w:tcW w:type="dxa" w:w="3456"/>
            <w:shd w:val="clear" w:color="auto" w:fill="FAF7F2"/>
          </w:tcPr>
          <w:p>
            <w:pPr>
              <w:spacing w:after="0" w:before="0"/>
            </w:pPr>
            <w:r>
              <w:rPr>
                <w:b/>
              </w:rPr>
              <w:t>Address / fax / secure email or portal</w:t>
            </w:r>
          </w:p>
        </w:tc>
        <w:tc>
          <w:tcPr>
            <w:tcW w:type="dxa" w:w="6624"/>
          </w:tcPr>
          <w:p>
            <w:pPr>
              <w:spacing w:after="0" w:before="0"/>
            </w:pPr>
            <w:r/>
          </w:p>
        </w:tc>
      </w:tr>
      <w:tr>
        <w:trPr>
          <w:cantSplit/>
          <w:trHeight w:val="389" w:hRule="atLeast"/>
          <w:cantSplit/>
        </w:trPr>
        <w:tc>
          <w:tcPr>
            <w:tcW w:type="dxa" w:w="3456"/>
            <w:shd w:val="clear" w:color="auto" w:fill="FAF7F2"/>
          </w:tcPr>
          <w:p>
            <w:pPr>
              <w:spacing w:after="0" w:before="0"/>
            </w:pPr>
            <w:r>
              <w:rPr>
                <w:b/>
              </w:rPr>
              <w:t>From (organization)</w:t>
            </w:r>
          </w:p>
        </w:tc>
        <w:tc>
          <w:tcPr>
            <w:tcW w:type="dxa" w:w="6624"/>
          </w:tcPr>
          <w:p>
            <w:pPr>
              <w:spacing w:after="0" w:before="0"/>
            </w:pPr>
            <w:r/>
          </w:p>
        </w:tc>
      </w:tr>
      <w:tr>
        <w:trPr>
          <w:cantSplit/>
          <w:trHeight w:val="389" w:hRule="atLeast"/>
          <w:cantSplit/>
        </w:trPr>
        <w:tc>
          <w:tcPr>
            <w:tcW w:type="dxa" w:w="3456"/>
            <w:shd w:val="clear" w:color="auto" w:fill="FAF7F2"/>
          </w:tcPr>
          <w:p>
            <w:pPr>
              <w:spacing w:after="0" w:before="0"/>
            </w:pPr>
            <w:r>
              <w:rPr>
                <w:b/>
              </w:rPr>
              <w:t>Contact name, title</w:t>
            </w:r>
          </w:p>
        </w:tc>
        <w:tc>
          <w:tcPr>
            <w:tcW w:type="dxa" w:w="6624"/>
          </w:tcPr>
          <w:p>
            <w:pPr>
              <w:spacing w:after="0" w:before="0"/>
            </w:pPr>
            <w:r/>
          </w:p>
        </w:tc>
      </w:tr>
      <w:tr>
        <w:trPr>
          <w:cantSplit/>
          <w:trHeight w:val="389" w:hRule="atLeast"/>
          <w:cantSplit/>
        </w:trPr>
        <w:tc>
          <w:tcPr>
            <w:tcW w:type="dxa" w:w="3456"/>
            <w:shd w:val="clear" w:color="auto" w:fill="FAF7F2"/>
          </w:tcPr>
          <w:p>
            <w:pPr>
              <w:spacing w:after="0" w:before="0"/>
            </w:pPr>
            <w:r>
              <w:rPr>
                <w:b/>
              </w:rPr>
              <w:t>Phone / email for response</w:t>
            </w:r>
          </w:p>
        </w:tc>
        <w:tc>
          <w:tcPr>
            <w:tcW w:type="dxa" w:w="6624"/>
          </w:tcPr>
          <w:p>
            <w:pPr>
              <w:spacing w:after="0" w:before="0"/>
            </w:pPr>
            <w:r/>
          </w:p>
        </w:tc>
      </w:tr>
      <w:tr>
        <w:trPr>
          <w:cantSplit/>
          <w:trHeight w:val="389" w:hRule="atLeast"/>
          <w:cantSplit/>
        </w:trPr>
        <w:tc>
          <w:tcPr>
            <w:tcW w:type="dxa" w:w="3456"/>
            <w:shd w:val="clear" w:color="auto" w:fill="FAF7F2"/>
          </w:tcPr>
          <w:p>
            <w:pPr>
              <w:spacing w:after="0" w:before="0"/>
            </w:pPr>
            <w:r>
              <w:rPr>
                <w:b/>
              </w:rPr>
              <w:t>Our reference #</w:t>
            </w:r>
          </w:p>
        </w:tc>
        <w:tc>
          <w:tcPr>
            <w:tcW w:type="dxa" w:w="6624"/>
          </w:tcPr>
          <w:p>
            <w:pPr>
              <w:spacing w:after="0" w:before="0"/>
            </w:pPr>
            <w:r/>
          </w:p>
        </w:tc>
      </w:tr>
      <w:tr>
        <w:trPr>
          <w:cantSplit/>
          <w:trHeight w:val="389" w:hRule="atLeast"/>
          <w:cantSplit/>
        </w:trPr>
        <w:tc>
          <w:tcPr>
            <w:tcW w:type="dxa" w:w="3456"/>
            <w:shd w:val="clear" w:color="auto" w:fill="FAF7F2"/>
          </w:tcPr>
          <w:p>
            <w:pPr>
              <w:spacing w:after="0" w:before="0"/>
            </w:pPr>
            <w:r>
              <w:rPr>
                <w:b/>
              </w:rPr>
              <w:t>Please respond by (date)</w:t>
            </w:r>
          </w:p>
        </w:tc>
        <w:tc>
          <w:tcPr>
            <w:tcW w:type="dxa" w:w="6624"/>
          </w:tcPr>
          <w:p>
            <w:pPr>
              <w:spacing w:after="0" w:before="0"/>
            </w:pPr>
            <w:r/>
          </w:p>
        </w:tc>
      </w:tr>
    </w:tbl>
    <w:p>
      <w:pPr>
        <w:spacing w:after="0" w:line="80" w:lineRule="exact"/>
      </w:pPr>
    </w:p>
    <w:p>
      <w:r>
        <w:t>The practitioner named below has applied for appointment, privileges or participation with our organization and has listed your facility as a current or past affiliation. A signed authorization and release is attached. Please complete and return it to the contact above, or tell us how to use your verification portal.</w:t>
      </w:r>
    </w:p>
    <w:p>
      <w:r>
        <w:t>Information you provide will be kept confidential and used only for credentialing and peer review purposes, as permitted by applicable law and our policies.</w:t>
      </w:r>
    </w:p>
    <w:p>
      <w:pPr>
        <w:pStyle w:val="Heading2"/>
      </w:pPr>
      <w:r>
        <w:rPr>
          <w:color w:val="465246"/>
        </w:rPr>
        <w:t>Part 1 — Practitioner (completed by requesting organization)</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cantSplit/>
          <w:trHeight w:val="389" w:hRule="atLeast"/>
          <w:cantSplit/>
        </w:trPr>
        <w:tc>
          <w:tcPr>
            <w:tcW w:type="dxa" w:w="3456"/>
            <w:shd w:val="clear" w:color="auto" w:fill="FAF7F2"/>
          </w:tcPr>
          <w:p>
            <w:pPr>
              <w:spacing w:after="0" w:before="0"/>
            </w:pPr>
            <w:r>
              <w:rPr>
                <w:b/>
              </w:rPr>
              <w:t>Full name</w:t>
            </w:r>
          </w:p>
        </w:tc>
        <w:tc>
          <w:tcPr>
            <w:tcW w:type="dxa" w:w="6624"/>
          </w:tcPr>
          <w:p>
            <w:pPr>
              <w:spacing w:after="0" w:before="0"/>
            </w:pPr>
            <w:r/>
          </w:p>
        </w:tc>
      </w:tr>
      <w:tr>
        <w:trPr>
          <w:cantSplit/>
          <w:trHeight w:val="389" w:hRule="atLeast"/>
          <w:cantSplit/>
        </w:trPr>
        <w:tc>
          <w:tcPr>
            <w:tcW w:type="dxa" w:w="3456"/>
            <w:shd w:val="clear" w:color="auto" w:fill="FAF7F2"/>
          </w:tcPr>
          <w:p>
            <w:pPr>
              <w:spacing w:after="0" w:before="0"/>
            </w:pPr>
            <w:r>
              <w:rPr>
                <w:b/>
              </w:rPr>
              <w:t>Other / former names</w:t>
            </w:r>
          </w:p>
        </w:tc>
        <w:tc>
          <w:tcPr>
            <w:tcW w:type="dxa" w:w="6624"/>
          </w:tcPr>
          <w:p>
            <w:pPr>
              <w:spacing w:after="0" w:before="0"/>
            </w:pPr>
            <w:r/>
          </w:p>
        </w:tc>
      </w:tr>
      <w:tr>
        <w:trPr>
          <w:cantSplit/>
          <w:trHeight w:val="389" w:hRule="atLeast"/>
          <w:cantSplit/>
        </w:trPr>
        <w:tc>
          <w:tcPr>
            <w:tcW w:type="dxa" w:w="3456"/>
            <w:shd w:val="clear" w:color="auto" w:fill="FAF7F2"/>
          </w:tcPr>
          <w:p>
            <w:pPr>
              <w:spacing w:after="0" w:before="0"/>
            </w:pPr>
            <w:r>
              <w:rPr>
                <w:b/>
              </w:rPr>
              <w:t>Degree</w:t>
            </w:r>
          </w:p>
        </w:tc>
        <w:tc>
          <w:tcPr>
            <w:tcW w:type="dxa" w:w="6624"/>
          </w:tcPr>
          <w:p>
            <w:pPr>
              <w:spacing w:after="0" w:before="0"/>
            </w:pPr>
            <w:r/>
          </w:p>
        </w:tc>
      </w:tr>
      <w:tr>
        <w:trPr>
          <w:cantSplit/>
          <w:trHeight w:val="389" w:hRule="atLeast"/>
          <w:cantSplit/>
        </w:trPr>
        <w:tc>
          <w:tcPr>
            <w:tcW w:type="dxa" w:w="3456"/>
            <w:shd w:val="clear" w:color="auto" w:fill="FAF7F2"/>
          </w:tcPr>
          <w:p>
            <w:pPr>
              <w:spacing w:after="0" w:before="0"/>
            </w:pPr>
            <w:r>
              <w:rPr>
                <w:b/>
              </w:rPr>
              <w:t>Specialty</w:t>
            </w:r>
          </w:p>
        </w:tc>
        <w:tc>
          <w:tcPr>
            <w:tcW w:type="dxa" w:w="6624"/>
          </w:tcPr>
          <w:p>
            <w:pPr>
              <w:spacing w:after="0" w:before="0"/>
            </w:pPr>
            <w:r/>
          </w:p>
        </w:tc>
      </w:tr>
      <w:tr>
        <w:trPr>
          <w:cantSplit/>
          <w:trHeight w:val="389" w:hRule="atLeast"/>
          <w:cantSplit/>
        </w:trPr>
        <w:tc>
          <w:tcPr>
            <w:tcW w:type="dxa" w:w="3456"/>
            <w:shd w:val="clear" w:color="auto" w:fill="FAF7F2"/>
          </w:tcPr>
          <w:p>
            <w:pPr>
              <w:spacing w:after="0" w:before="0"/>
            </w:pPr>
            <w:r>
              <w:rPr>
                <w:b/>
              </w:rPr>
              <w:t>NPI</w:t>
            </w:r>
          </w:p>
        </w:tc>
        <w:tc>
          <w:tcPr>
            <w:tcW w:type="dxa" w:w="6624"/>
          </w:tcPr>
          <w:p>
            <w:pPr>
              <w:spacing w:after="0" w:before="0"/>
            </w:pPr>
            <w:r/>
          </w:p>
        </w:tc>
      </w:tr>
      <w:tr>
        <w:trPr>
          <w:cantSplit/>
          <w:trHeight w:val="389" w:hRule="atLeast"/>
          <w:cantSplit/>
        </w:trPr>
        <w:tc>
          <w:tcPr>
            <w:tcW w:type="dxa" w:w="3456"/>
            <w:shd w:val="clear" w:color="auto" w:fill="FAF7F2"/>
          </w:tcPr>
          <w:p>
            <w:pPr>
              <w:spacing w:after="0" w:before="0"/>
            </w:pPr>
            <w:r>
              <w:rPr>
                <w:b/>
              </w:rPr>
              <w:t>Date of birth (if your policy permits)</w:t>
            </w:r>
          </w:p>
        </w:tc>
        <w:tc>
          <w:tcPr>
            <w:tcW w:type="dxa" w:w="6624"/>
          </w:tcPr>
          <w:p>
            <w:pPr>
              <w:spacing w:after="0" w:before="0"/>
            </w:pPr>
            <w:r/>
          </w:p>
        </w:tc>
      </w:tr>
      <w:tr>
        <w:trPr>
          <w:cantSplit/>
          <w:trHeight w:val="389" w:hRule="atLeast"/>
          <w:cantSplit/>
        </w:trPr>
        <w:tc>
          <w:tcPr>
            <w:tcW w:type="dxa" w:w="3456"/>
            <w:shd w:val="clear" w:color="auto" w:fill="FAF7F2"/>
          </w:tcPr>
          <w:p>
            <w:pPr>
              <w:spacing w:after="0" w:before="0"/>
            </w:pPr>
            <w:r>
              <w:rPr>
                <w:b/>
              </w:rPr>
              <w:t>Affiliation dates reported by practitioner (MM/YY – MM/YY)</w:t>
            </w:r>
          </w:p>
        </w:tc>
        <w:tc>
          <w:tcPr>
            <w:tcW w:type="dxa" w:w="6624"/>
          </w:tcPr>
          <w:p>
            <w:pPr>
              <w:spacing w:after="0" w:before="0"/>
            </w:pPr>
            <w:r/>
          </w:p>
        </w:tc>
      </w:tr>
    </w:tbl>
    <w:p>
      <w:pPr>
        <w:pStyle w:val="Heading2"/>
        <w:keepNext/>
        <w:pageBreakBefore/>
      </w:pPr>
      <w:r>
        <w:rPr>
          <w:color w:val="465246"/>
        </w:rPr>
        <w:t>Part 2 — Affiliation details (completed by facility)</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cantSplit/>
          <w:trHeight w:val="389" w:hRule="atLeast"/>
          <w:cantSplit/>
        </w:trPr>
        <w:tc>
          <w:tcPr>
            <w:tcW w:type="dxa" w:w="3456"/>
            <w:shd w:val="clear" w:color="auto" w:fill="FAF7F2"/>
          </w:tcPr>
          <w:p>
            <w:pPr>
              <w:spacing w:after="0" w:before="0"/>
            </w:pPr>
            <w:r>
              <w:rPr>
                <w:b/>
              </w:rPr>
              <w:t>Appointment start date (MM/YY)</w:t>
            </w:r>
          </w:p>
        </w:tc>
        <w:tc>
          <w:tcPr>
            <w:tcW w:type="dxa" w:w="6624"/>
          </w:tcPr>
          <w:p>
            <w:pPr>
              <w:spacing w:after="0" w:before="0"/>
            </w:pPr>
            <w:r/>
          </w:p>
        </w:tc>
      </w:tr>
      <w:tr>
        <w:trPr>
          <w:cantSplit/>
          <w:trHeight w:val="389" w:hRule="atLeast"/>
          <w:cantSplit/>
        </w:trPr>
        <w:tc>
          <w:tcPr>
            <w:tcW w:type="dxa" w:w="3456"/>
            <w:shd w:val="clear" w:color="auto" w:fill="FAF7F2"/>
          </w:tcPr>
          <w:p>
            <w:pPr>
              <w:spacing w:after="0" w:before="0"/>
            </w:pPr>
            <w:r>
              <w:rPr>
                <w:b/>
              </w:rPr>
              <w:t>Appointment end date (MM/YY) or "current"</w:t>
            </w:r>
          </w:p>
        </w:tc>
        <w:tc>
          <w:tcPr>
            <w:tcW w:type="dxa" w:w="6624"/>
          </w:tcPr>
          <w:p>
            <w:pPr>
              <w:spacing w:after="0" w:before="0"/>
            </w:pPr>
            <w:r/>
          </w:p>
        </w:tc>
      </w:tr>
      <w:tr>
        <w:trPr>
          <w:cantSplit/>
          <w:trHeight w:val="389" w:hRule="atLeast"/>
          <w:cantSplit/>
        </w:trPr>
        <w:tc>
          <w:tcPr>
            <w:tcW w:type="dxa" w:w="3456"/>
            <w:shd w:val="clear" w:color="auto" w:fill="FAF7F2"/>
          </w:tcPr>
          <w:p>
            <w:pPr>
              <w:spacing w:after="0" w:before="0"/>
            </w:pPr>
            <w:r>
              <w:rPr>
                <w:b/>
              </w:rPr>
              <w:t>Staff category / status (e.g., active, courtesy, provisional, locum, telemedicine)</w:t>
            </w:r>
          </w:p>
        </w:tc>
        <w:tc>
          <w:tcPr>
            <w:tcW w:type="dxa" w:w="6624"/>
          </w:tcPr>
          <w:p>
            <w:pPr>
              <w:spacing w:after="0" w:before="0"/>
            </w:pPr>
            <w:r/>
          </w:p>
        </w:tc>
      </w:tr>
      <w:tr>
        <w:trPr>
          <w:cantSplit/>
          <w:trHeight w:val="389" w:hRule="atLeast"/>
          <w:cantSplit/>
        </w:trPr>
        <w:tc>
          <w:tcPr>
            <w:tcW w:type="dxa" w:w="3456"/>
            <w:shd w:val="clear" w:color="auto" w:fill="FAF7F2"/>
          </w:tcPr>
          <w:p>
            <w:pPr>
              <w:spacing w:after="0" w:before="0"/>
            </w:pPr>
            <w:r>
              <w:rPr>
                <w:b/>
              </w:rPr>
              <w:t>Department / section</w:t>
            </w:r>
          </w:p>
        </w:tc>
        <w:tc>
          <w:tcPr>
            <w:tcW w:type="dxa" w:w="6624"/>
          </w:tcPr>
          <w:p>
            <w:pPr>
              <w:spacing w:after="0" w:before="0"/>
            </w:pPr>
            <w:r/>
          </w:p>
        </w:tc>
      </w:tr>
      <w:tr>
        <w:trPr>
          <w:cantSplit/>
          <w:trHeight w:val="389" w:hRule="atLeast"/>
          <w:cantSplit/>
        </w:trPr>
        <w:tc>
          <w:tcPr>
            <w:tcW w:type="dxa" w:w="3456"/>
            <w:shd w:val="clear" w:color="auto" w:fill="FAF7F2"/>
          </w:tcPr>
          <w:p>
            <w:pPr>
              <w:spacing w:after="0" w:before="0"/>
            </w:pPr>
            <w:r>
              <w:rPr>
                <w:b/>
              </w:rPr>
              <w:t>Privileges held (attach delineation if available)</w:t>
            </w:r>
          </w:p>
        </w:tc>
        <w:tc>
          <w:tcPr>
            <w:tcW w:type="dxa" w:w="6624"/>
          </w:tcPr>
          <w:p>
            <w:pPr>
              <w:spacing w:after="0" w:before="0"/>
            </w:pPr>
            <w:r/>
          </w:p>
        </w:tc>
      </w:tr>
      <w:tr>
        <w:trPr>
          <w:cantSplit/>
          <w:trHeight w:val="389" w:hRule="atLeast"/>
          <w:cantSplit/>
        </w:trPr>
        <w:tc>
          <w:tcPr>
            <w:tcW w:type="dxa" w:w="3456"/>
            <w:shd w:val="clear" w:color="auto" w:fill="FAF7F2"/>
          </w:tcPr>
          <w:p>
            <w:pPr>
              <w:spacing w:after="0" w:before="0"/>
            </w:pPr>
            <w:r>
              <w:rPr>
                <w:b/>
              </w:rPr>
              <w:t>Reason affiliation ended (if applicable)</w:t>
            </w:r>
          </w:p>
        </w:tc>
        <w:tc>
          <w:tcPr>
            <w:tcW w:type="dxa" w:w="6624"/>
          </w:tcPr>
          <w:p>
            <w:pPr>
              <w:spacing w:after="0" w:before="0"/>
            </w:pPr>
            <w:r/>
          </w:p>
        </w:tc>
      </w:tr>
    </w:tbl>
    <w:p>
      <w:pPr>
        <w:pStyle w:val="Heading2"/>
        <w:keepNext/>
      </w:pPr>
      <w:r>
        <w:rPr>
          <w:color w:val="465246"/>
        </w:rPr>
        <w:t>Part 3 — Standing and adverse actions</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6876"/>
        <w:gridCol w:w="1602"/>
        <w:gridCol w:w="1602"/>
      </w:tblGrid>
      <w:tr>
        <w:trPr>
          <w:cantSplit/>
          <w:trHeight w:val="389" w:hRule="atLeast"/>
          <w:cantSplit/>
        </w:trPr>
        <w:tc>
          <w:tcPr>
            <w:tcW w:type="dxa" w:w="6876"/>
            <w:shd w:val="clear" w:color="auto" w:fill="E9DCC6"/>
          </w:tcPr>
          <w:p>
            <w:pPr>
              <w:spacing w:after="0" w:before="0"/>
            </w:pPr>
            <w:r>
              <w:rPr>
                <w:b/>
              </w:rPr>
              <w:t>Question</w:t>
            </w:r>
          </w:p>
        </w:tc>
        <w:tc>
          <w:tcPr>
            <w:tcW w:type="dxa" w:w="1602"/>
            <w:shd w:val="clear" w:color="auto" w:fill="E9DCC6"/>
          </w:tcPr>
          <w:p>
            <w:pPr>
              <w:spacing w:after="0" w:before="0"/>
            </w:pPr>
            <w:r>
              <w:rPr>
                <w:b/>
              </w:rPr>
              <w:t>Yes</w:t>
            </w:r>
          </w:p>
        </w:tc>
        <w:tc>
          <w:tcPr>
            <w:tcW w:type="dxa" w:w="1602"/>
            <w:shd w:val="clear" w:color="auto" w:fill="E9DCC6"/>
          </w:tcPr>
          <w:p>
            <w:pPr>
              <w:spacing w:after="0" w:before="0"/>
            </w:pPr>
            <w:r>
              <w:rPr>
                <w:b/>
              </w:rPr>
              <w:t>No / details</w:t>
            </w:r>
          </w:p>
        </w:tc>
      </w:tr>
      <w:tr>
        <w:trPr>
          <w:cantSplit/>
          <w:trHeight w:val="389" w:hRule="atLeast"/>
          <w:cantSplit/>
        </w:trPr>
        <w:tc>
          <w:tcPr>
            <w:tcW w:type="dxa" w:w="6876"/>
          </w:tcPr>
          <w:p>
            <w:pPr>
              <w:spacing w:after="0" w:before="0"/>
            </w:pPr>
            <w:r>
              <w:t>Is / was the practitioner in good standing throughout the affiliation?</w:t>
            </w:r>
          </w:p>
        </w:tc>
        <w:tc>
          <w:tcPr>
            <w:tcW w:type="dxa" w:w="1602"/>
          </w:tcPr>
          <w:p>
            <w:pPr>
              <w:spacing w:after="0" w:before="0"/>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602"/>
          </w:tcPr>
          <w:p>
            <w:pPr>
              <w:spacing w:after="0" w:before="0"/>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389" w:hRule="atLeast"/>
          <w:cantSplit/>
        </w:trPr>
        <w:tc>
          <w:tcPr>
            <w:tcW w:type="dxa" w:w="6876"/>
          </w:tcPr>
          <w:p>
            <w:pPr>
              <w:spacing w:after="0" w:before="0"/>
            </w:pPr>
            <w:r>
              <w:t>Were privileges ever denied, reduced, restricted, suspended, revoked or not renewed?</w:t>
            </w:r>
          </w:p>
        </w:tc>
        <w:tc>
          <w:tcPr>
            <w:tcW w:type="dxa" w:w="1602"/>
          </w:tcPr>
          <w:p>
            <w:pPr>
              <w:spacing w:after="0" w:before="0"/>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602"/>
          </w:tcPr>
          <w:p>
            <w:pPr>
              <w:spacing w:after="0" w:before="0"/>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389" w:hRule="atLeast"/>
          <w:cantSplit/>
        </w:trPr>
        <w:tc>
          <w:tcPr>
            <w:tcW w:type="dxa" w:w="6876"/>
          </w:tcPr>
          <w:p>
            <w:pPr>
              <w:spacing w:after="0" w:before="0"/>
            </w:pPr>
            <w:r>
              <w:t>Was the practitioner ever placed on probation, required proctoring/FPPE for cause, or other conditions?</w:t>
            </w:r>
          </w:p>
        </w:tc>
        <w:tc>
          <w:tcPr>
            <w:tcW w:type="dxa" w:w="1602"/>
          </w:tcPr>
          <w:p>
            <w:pPr>
              <w:spacing w:after="0" w:before="0"/>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602"/>
          </w:tcPr>
          <w:p>
            <w:pPr>
              <w:spacing w:after="0" w:before="0"/>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389" w:hRule="atLeast"/>
          <w:cantSplit/>
        </w:trPr>
        <w:tc>
          <w:tcPr>
            <w:tcW w:type="dxa" w:w="6876"/>
          </w:tcPr>
          <w:p>
            <w:pPr>
              <w:spacing w:after="0" w:before="0"/>
            </w:pPr>
            <w:r>
              <w:t>Did the practitioner resign or relinquish privileges while under investigation, or to avoid investigation?</w:t>
            </w:r>
          </w:p>
        </w:tc>
        <w:tc>
          <w:tcPr>
            <w:tcW w:type="dxa" w:w="1602"/>
          </w:tcPr>
          <w:p>
            <w:pPr>
              <w:spacing w:after="0" w:before="0"/>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602"/>
          </w:tcPr>
          <w:p>
            <w:pPr>
              <w:spacing w:after="0" w:before="0"/>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389" w:hRule="atLeast"/>
          <w:cantSplit/>
        </w:trPr>
        <w:tc>
          <w:tcPr>
            <w:tcW w:type="dxa" w:w="6876"/>
          </w:tcPr>
          <w:p>
            <w:pPr>
              <w:spacing w:after="0" w:before="0"/>
            </w:pPr>
            <w:r>
              <w:t>Is any investigation or corrective action currently pending?</w:t>
            </w:r>
          </w:p>
        </w:tc>
        <w:tc>
          <w:tcPr>
            <w:tcW w:type="dxa" w:w="1602"/>
          </w:tcPr>
          <w:p>
            <w:pPr>
              <w:spacing w:after="0" w:before="0"/>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602"/>
          </w:tcPr>
          <w:p>
            <w:pPr>
              <w:spacing w:after="0" w:before="0"/>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389" w:hRule="atLeast"/>
          <w:cantSplit/>
        </w:trPr>
        <w:tc>
          <w:tcPr>
            <w:tcW w:type="dxa" w:w="6876"/>
          </w:tcPr>
          <w:p>
            <w:pPr>
              <w:spacing w:after="0" w:before="0"/>
            </w:pPr>
            <w:r>
              <w:t>Were any reports made to the NPDB or a state licensing board about this practitioner?</w:t>
            </w:r>
          </w:p>
        </w:tc>
        <w:tc>
          <w:tcPr>
            <w:tcW w:type="dxa" w:w="1602"/>
          </w:tcPr>
          <w:p>
            <w:pPr>
              <w:spacing w:after="0" w:before="0"/>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602"/>
          </w:tcPr>
          <w:p>
            <w:pPr>
              <w:spacing w:after="0" w:before="0"/>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bl>
    <w:p>
      <w:pPr>
        <w:keepNext/>
      </w:pPr>
      <w:r>
        <w:t>If you answered "No" to the first question or "Yes" to any other, please explain or tell us whom to contact.</w:t>
      </w:r>
    </w:p>
    <w:p>
      <w:pPr>
        <w:pStyle w:val="Heading2"/>
        <w:keepNext/>
      </w:pPr>
      <w:r>
        <w:rPr>
          <w:color w:val="465246"/>
        </w:rPr>
        <w:t>Completed by (responding organization)</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cantSplit/>
          <w:trHeight w:val="389" w:hRule="atLeast"/>
          <w:cantSplit/>
        </w:trPr>
        <w:tc>
          <w:tcPr>
            <w:tcW w:type="dxa" w:w="3456"/>
            <w:shd w:val="clear" w:color="auto" w:fill="FAF7F2"/>
          </w:tcPr>
          <w:p>
            <w:pPr>
              <w:spacing w:after="0" w:before="0"/>
            </w:pPr>
            <w:r>
              <w:rPr>
                <w:b/>
              </w:rPr>
              <w:t>Name</w:t>
            </w:r>
          </w:p>
        </w:tc>
        <w:tc>
          <w:tcPr>
            <w:tcW w:type="dxa" w:w="6624"/>
          </w:tcPr>
          <w:p>
            <w:pPr>
              <w:spacing w:after="0" w:before="0"/>
            </w:pPr>
            <w:r/>
          </w:p>
        </w:tc>
      </w:tr>
      <w:tr>
        <w:trPr>
          <w:cantSplit/>
          <w:trHeight w:val="389" w:hRule="atLeast"/>
          <w:cantSplit/>
        </w:trPr>
        <w:tc>
          <w:tcPr>
            <w:tcW w:type="dxa" w:w="3456"/>
            <w:shd w:val="clear" w:color="auto" w:fill="FAF7F2"/>
          </w:tcPr>
          <w:p>
            <w:pPr>
              <w:spacing w:after="0" w:before="0"/>
            </w:pPr>
            <w:r>
              <w:rPr>
                <w:b/>
              </w:rPr>
              <w:t>Title</w:t>
            </w:r>
          </w:p>
        </w:tc>
        <w:tc>
          <w:tcPr>
            <w:tcW w:type="dxa" w:w="6624"/>
          </w:tcPr>
          <w:p>
            <w:pPr>
              <w:spacing w:after="0" w:before="0"/>
            </w:pPr>
            <w:r/>
          </w:p>
        </w:tc>
      </w:tr>
      <w:tr>
        <w:trPr>
          <w:cantSplit/>
          <w:trHeight w:val="389" w:hRule="atLeast"/>
          <w:cantSplit/>
        </w:trPr>
        <w:tc>
          <w:tcPr>
            <w:tcW w:type="dxa" w:w="3456"/>
            <w:shd w:val="clear" w:color="auto" w:fill="FAF7F2"/>
          </w:tcPr>
          <w:p>
            <w:pPr>
              <w:spacing w:after="0" w:before="0"/>
            </w:pPr>
            <w:r>
              <w:rPr>
                <w:b/>
              </w:rPr>
              <w:t>Organization / department</w:t>
            </w:r>
          </w:p>
        </w:tc>
        <w:tc>
          <w:tcPr>
            <w:tcW w:type="dxa" w:w="6624"/>
          </w:tcPr>
          <w:p>
            <w:pPr>
              <w:spacing w:after="0" w:before="0"/>
            </w:pPr>
            <w:r/>
          </w:p>
        </w:tc>
      </w:tr>
      <w:tr>
        <w:trPr>
          <w:cantSplit/>
          <w:trHeight w:val="389" w:hRule="atLeast"/>
          <w:cantSplit/>
        </w:trPr>
        <w:tc>
          <w:tcPr>
            <w:tcW w:type="dxa" w:w="3456"/>
            <w:shd w:val="clear" w:color="auto" w:fill="FAF7F2"/>
          </w:tcPr>
          <w:p>
            <w:pPr>
              <w:spacing w:after="0" w:before="0"/>
            </w:pPr>
            <w:r>
              <w:rPr>
                <w:b/>
              </w:rPr>
              <w:t>Phone / email</w:t>
            </w:r>
          </w:p>
        </w:tc>
        <w:tc>
          <w:tcPr>
            <w:tcW w:type="dxa" w:w="6624"/>
          </w:tcPr>
          <w:p>
            <w:pPr>
              <w:spacing w:after="0" w:before="0"/>
            </w:pPr>
            <w:r/>
          </w:p>
        </w:tc>
      </w:tr>
      <w:tr>
        <w:trPr>
          <w:cantSplit/>
          <w:trHeight w:val="389" w:hRule="atLeast"/>
          <w:cantSplit/>
        </w:trPr>
        <w:tc>
          <w:tcPr>
            <w:tcW w:type="dxa" w:w="3456"/>
            <w:shd w:val="clear" w:color="auto" w:fill="FAF7F2"/>
          </w:tcPr>
          <w:p>
            <w:pPr>
              <w:spacing w:after="0" w:before="0"/>
            </w:pPr>
            <w:r>
              <w:rPr>
                <w:b/>
              </w:rPr>
              <w:t>Signature</w:t>
            </w:r>
          </w:p>
        </w:tc>
        <w:tc>
          <w:tcPr>
            <w:tcW w:type="dxa" w:w="6624"/>
          </w:tcPr>
          <w:p>
            <w:pPr>
              <w:spacing w:after="0" w:before="0"/>
            </w:pPr>
            <w:r/>
          </w:p>
        </w:tc>
      </w:tr>
      <w:tr>
        <w:trPr>
          <w:cantSplit/>
          <w:trHeight w:val="389" w:hRule="atLeast"/>
          <w:cantSplit/>
        </w:trPr>
        <w:tc>
          <w:tcPr>
            <w:tcW w:type="dxa" w:w="3456"/>
            <w:shd w:val="clear" w:color="auto" w:fill="FAF7F2"/>
          </w:tcPr>
          <w:p>
            <w:pPr>
              <w:spacing w:after="0" w:before="0"/>
            </w:pPr>
            <w:r>
              <w:rPr>
                <w:b/>
              </w:rPr>
              <w:t>Date completed</w:t>
            </w:r>
          </w:p>
        </w:tc>
        <w:tc>
          <w:tcPr>
            <w:tcW w:type="dxa" w:w="6624"/>
          </w:tcPr>
          <w:p>
            <w:pPr>
              <w:spacing w:after="0" w:before="0"/>
            </w:pPr>
            <w:r/>
          </w:p>
        </w:tc>
      </w:tr>
      <w:tr>
        <w:trPr>
          <w:cantSplit/>
          <w:trHeight w:val="389" w:hRule="atLeast"/>
          <w:cantSplit/>
        </w:trPr>
        <w:tc>
          <w:tcPr>
            <w:tcW w:type="dxa" w:w="3456"/>
            <w:shd w:val="clear" w:color="auto" w:fill="FAF7F2"/>
          </w:tcPr>
          <w:p>
            <w:pPr>
              <w:spacing w:after="0" w:before="0"/>
            </w:pPr>
            <w:r>
              <w:rPr>
                <w:b/>
              </w:rPr>
              <w:t>Source used (e.g., official records, database)</w:t>
            </w:r>
          </w:p>
        </w:tc>
        <w:tc>
          <w:tcPr>
            <w:tcW w:type="dxa" w:w="6624"/>
          </w:tcPr>
          <w:p>
            <w:pPr>
              <w:spacing w:after="0" w:before="0"/>
            </w:pPr>
            <w:r/>
          </w:p>
        </w:tc>
      </w:tr>
    </w:tbl>
    <w:p>
      <w:r>
        <w:rPr>
          <w:i/>
        </w:rPr>
        <w:t>Please return this form with your organization's letterhead or official seal if that is your normal practice. Thank you for your assistance.</w:t>
      </w:r>
    </w:p>
    <w:sectPr w:rsidR="00FC693F" w:rsidRPr="0006063C" w:rsidSect="00034616">
      <w:footerReference w:type="default" r:id="rId9"/>
      <w:pgSz w:w="12240" w:h="15840"/>
      <w:pgMar w:top="792" w:right="1008" w:bottom="792" w:left="1008"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All Things Credentialing — Hospital Affiliation Verification Request — general template,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 Things Credentialing</dc:creator>
  <cp:keywords/>
  <dc:description/>
  <cp:lastModifiedBy/>
  <cp:revision>1</cp:revision>
  <dcterms:created xsi:type="dcterms:W3CDTF">2013-12-23T23:15:00Z</dcterms:created>
  <dcterms:modified xsi:type="dcterms:W3CDTF">2013-12-23T23:15:00Z</dcterms:modified>
  <cp:category/>
</cp:coreProperties>
</file>