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Medical School Education Verification Request</w:t>
      </w:r>
    </w:p>
    <w:p>
      <w:r>
        <w:rPr>
          <w:i/>
          <w:color w:val="5E4630"/>
        </w:rPr>
        <w:t>All Things Credentialing · Your one-stop shop for credentialing, privileging &amp; enrollment</w:t>
      </w:r>
    </w:p>
    <w:p>
      <w:r>
        <w:rPr>
          <w:i w:val="0"/>
        </w:rPr>
        <w:t>Letter and response form for a medical or professional school's registrar, student affairs or dean's office. Attach the graduate's signed authorization and release (many schools require it under FERPA).</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Date of request</w:t>
            </w:r>
          </w:p>
        </w:tc>
        <w:tc>
          <w:tcPr>
            <w:tcW w:type="dxa" w:w="6624"/>
          </w:tcPr>
          <w:p>
            <w:r/>
          </w:p>
        </w:tc>
      </w:tr>
      <w:tr>
        <w:trPr>
          <w:cantSplit/>
          <w:trHeight w:val="403" w:hRule="atLeast"/>
        </w:trPr>
        <w:tc>
          <w:tcPr>
            <w:tcW w:type="dxa" w:w="3456"/>
            <w:shd w:val="clear" w:color="auto" w:fill="FAF7F2"/>
          </w:tcPr>
          <w:p>
            <w:r>
              <w:rPr>
                <w:b/>
              </w:rPr>
              <w:t>To (Registrar / Office of Student Affairs)</w:t>
            </w:r>
          </w:p>
        </w:tc>
        <w:tc>
          <w:tcPr>
            <w:tcW w:type="dxa" w:w="6624"/>
          </w:tcPr>
          <w:p>
            <w:r/>
          </w:p>
        </w:tc>
      </w:tr>
      <w:tr>
        <w:trPr>
          <w:cantSplit/>
          <w:trHeight w:val="403" w:hRule="atLeast"/>
        </w:trPr>
        <w:tc>
          <w:tcPr>
            <w:tcW w:type="dxa" w:w="3456"/>
            <w:shd w:val="clear" w:color="auto" w:fill="FAF7F2"/>
          </w:tcPr>
          <w:p>
            <w:r>
              <w:rPr>
                <w:b/>
              </w:rPr>
              <w:t>Address / fax / secure email or portal</w:t>
            </w:r>
          </w:p>
        </w:tc>
        <w:tc>
          <w:tcPr>
            <w:tcW w:type="dxa" w:w="6624"/>
          </w:tcPr>
          <w:p>
            <w:r/>
          </w:p>
        </w:tc>
      </w:tr>
      <w:tr>
        <w:trPr>
          <w:cantSplit/>
          <w:trHeight w:val="403" w:hRule="atLeast"/>
        </w:trPr>
        <w:tc>
          <w:tcPr>
            <w:tcW w:type="dxa" w:w="3456"/>
            <w:shd w:val="clear" w:color="auto" w:fill="FAF7F2"/>
          </w:tcPr>
          <w:p>
            <w:r>
              <w:rPr>
                <w:b/>
              </w:rPr>
              <w:t>From (organization)</w:t>
            </w:r>
          </w:p>
        </w:tc>
        <w:tc>
          <w:tcPr>
            <w:tcW w:type="dxa" w:w="6624"/>
          </w:tcPr>
          <w:p>
            <w:r/>
          </w:p>
        </w:tc>
      </w:tr>
      <w:tr>
        <w:trPr>
          <w:cantSplit/>
          <w:trHeight w:val="403" w:hRule="atLeast"/>
        </w:trPr>
        <w:tc>
          <w:tcPr>
            <w:tcW w:type="dxa" w:w="3456"/>
            <w:shd w:val="clear" w:color="auto" w:fill="FAF7F2"/>
          </w:tcPr>
          <w:p>
            <w:r>
              <w:rPr>
                <w:b/>
              </w:rPr>
              <w:t>Contact name, title</w:t>
            </w:r>
          </w:p>
        </w:tc>
        <w:tc>
          <w:tcPr>
            <w:tcW w:type="dxa" w:w="6624"/>
          </w:tcPr>
          <w:p>
            <w:r/>
          </w:p>
        </w:tc>
      </w:tr>
      <w:tr>
        <w:trPr>
          <w:cantSplit/>
          <w:trHeight w:val="403" w:hRule="atLeast"/>
        </w:trPr>
        <w:tc>
          <w:tcPr>
            <w:tcW w:type="dxa" w:w="3456"/>
            <w:shd w:val="clear" w:color="auto" w:fill="FAF7F2"/>
          </w:tcPr>
          <w:p>
            <w:r>
              <w:rPr>
                <w:b/>
              </w:rPr>
              <w:t>Phone / email for response</w:t>
            </w:r>
          </w:p>
        </w:tc>
        <w:tc>
          <w:tcPr>
            <w:tcW w:type="dxa" w:w="6624"/>
          </w:tcPr>
          <w:p>
            <w:r/>
          </w:p>
        </w:tc>
      </w:tr>
      <w:tr>
        <w:trPr>
          <w:cantSplit/>
          <w:trHeight w:val="403" w:hRule="atLeast"/>
        </w:trPr>
        <w:tc>
          <w:tcPr>
            <w:tcW w:type="dxa" w:w="3456"/>
            <w:shd w:val="clear" w:color="auto" w:fill="FAF7F2"/>
          </w:tcPr>
          <w:p>
            <w:r>
              <w:rPr>
                <w:b/>
              </w:rPr>
              <w:t>Our reference #</w:t>
            </w:r>
          </w:p>
        </w:tc>
        <w:tc>
          <w:tcPr>
            <w:tcW w:type="dxa" w:w="6624"/>
          </w:tcPr>
          <w:p>
            <w:r/>
          </w:p>
        </w:tc>
      </w:tr>
      <w:tr>
        <w:trPr>
          <w:cantSplit/>
          <w:trHeight w:val="403" w:hRule="atLeast"/>
        </w:trPr>
        <w:tc>
          <w:tcPr>
            <w:tcW w:type="dxa" w:w="3456"/>
            <w:shd w:val="clear" w:color="auto" w:fill="FAF7F2"/>
          </w:tcPr>
          <w:p>
            <w:r>
              <w:rPr>
                <w:b/>
              </w:rPr>
              <w:t>Please respond by (date)</w:t>
            </w:r>
          </w:p>
        </w:tc>
        <w:tc>
          <w:tcPr>
            <w:tcW w:type="dxa" w:w="6624"/>
          </w:tcPr>
          <w:p>
            <w:r/>
          </w:p>
        </w:tc>
      </w:tr>
    </w:tbl>
    <w:p/>
    <w:p>
      <w:r>
        <w:t>The graduate named below has applied for appointment, privileges or participation with our organization and lists your school as their medical or professional school. A signed authorization and release is attached. Please complete and return it to the contact above.</w:t>
      </w:r>
    </w:p>
    <w:p>
      <w:r>
        <w:t>If your school uses a third-party verification service, please let us know which one.</w:t>
      </w:r>
    </w:p>
    <w:p>
      <w:pPr>
        <w:pStyle w:val="Heading2"/>
      </w:pPr>
      <w:r>
        <w:rPr>
          <w:color w:val="465246"/>
        </w:rPr>
        <w:t>Part 1 — Graduate (completed by requesting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Full name at time of attendance</w:t>
            </w:r>
          </w:p>
        </w:tc>
        <w:tc>
          <w:tcPr>
            <w:tcW w:type="dxa" w:w="6624"/>
          </w:tcPr>
          <w:p>
            <w:r/>
          </w:p>
        </w:tc>
      </w:tr>
      <w:tr>
        <w:trPr>
          <w:cantSplit/>
          <w:trHeight w:val="403" w:hRule="atLeast"/>
        </w:trPr>
        <w:tc>
          <w:tcPr>
            <w:tcW w:type="dxa" w:w="3456"/>
            <w:shd w:val="clear" w:color="auto" w:fill="FAF7F2"/>
          </w:tcPr>
          <w:p>
            <w:r>
              <w:rPr>
                <w:b/>
              </w:rPr>
              <w:t>Other / former names</w:t>
            </w:r>
          </w:p>
        </w:tc>
        <w:tc>
          <w:tcPr>
            <w:tcW w:type="dxa" w:w="6624"/>
          </w:tcPr>
          <w:p>
            <w:r/>
          </w:p>
        </w:tc>
      </w:tr>
      <w:tr>
        <w:trPr>
          <w:cantSplit/>
          <w:trHeight w:val="403" w:hRule="atLeast"/>
        </w:trPr>
        <w:tc>
          <w:tcPr>
            <w:tcW w:type="dxa" w:w="3456"/>
            <w:shd w:val="clear" w:color="auto" w:fill="FAF7F2"/>
          </w:tcPr>
          <w:p>
            <w:r>
              <w:rPr>
                <w:b/>
              </w:rPr>
              <w:t>Date of birth (if required by school)</w:t>
            </w:r>
          </w:p>
        </w:tc>
        <w:tc>
          <w:tcPr>
            <w:tcW w:type="dxa" w:w="6624"/>
          </w:tcPr>
          <w:p>
            <w:r/>
          </w:p>
        </w:tc>
      </w:tr>
      <w:tr>
        <w:trPr>
          <w:cantSplit/>
          <w:trHeight w:val="403" w:hRule="atLeast"/>
        </w:trPr>
        <w:tc>
          <w:tcPr>
            <w:tcW w:type="dxa" w:w="3456"/>
            <w:shd w:val="clear" w:color="auto" w:fill="FAF7F2"/>
          </w:tcPr>
          <w:p>
            <w:r>
              <w:rPr>
                <w:b/>
              </w:rPr>
              <w:t>Student ID (if known)</w:t>
            </w:r>
          </w:p>
        </w:tc>
        <w:tc>
          <w:tcPr>
            <w:tcW w:type="dxa" w:w="6624"/>
          </w:tcPr>
          <w:p>
            <w:r/>
          </w:p>
        </w:tc>
      </w:tr>
      <w:tr>
        <w:trPr>
          <w:cantSplit/>
          <w:trHeight w:val="403" w:hRule="atLeast"/>
        </w:trPr>
        <w:tc>
          <w:tcPr>
            <w:tcW w:type="dxa" w:w="3456"/>
            <w:shd w:val="clear" w:color="auto" w:fill="FAF7F2"/>
          </w:tcPr>
          <w:p>
            <w:r>
              <w:rPr>
                <w:b/>
              </w:rPr>
              <w:t>Degree reported (e.g., MD, DO, DDS, PharmD, PA, MSN)</w:t>
            </w:r>
          </w:p>
        </w:tc>
        <w:tc>
          <w:tcPr>
            <w:tcW w:type="dxa" w:w="6624"/>
          </w:tcPr>
          <w:p>
            <w:r/>
          </w:p>
        </w:tc>
      </w:tr>
      <w:tr>
        <w:trPr>
          <w:cantSplit/>
          <w:trHeight w:val="403" w:hRule="atLeast"/>
        </w:trPr>
        <w:tc>
          <w:tcPr>
            <w:tcW w:type="dxa" w:w="3456"/>
            <w:shd w:val="clear" w:color="auto" w:fill="FAF7F2"/>
          </w:tcPr>
          <w:p>
            <w:r>
              <w:rPr>
                <w:b/>
              </w:rPr>
              <w:t>Attendance dates reported (MM/YY – MM/YY)</w:t>
            </w:r>
          </w:p>
        </w:tc>
        <w:tc>
          <w:tcPr>
            <w:tcW w:type="dxa" w:w="6624"/>
          </w:tcPr>
          <w:p>
            <w:r/>
          </w:p>
        </w:tc>
      </w:tr>
      <w:tr>
        <w:trPr>
          <w:cantSplit/>
          <w:trHeight w:val="403" w:hRule="atLeast"/>
        </w:trPr>
        <w:tc>
          <w:tcPr>
            <w:tcW w:type="dxa" w:w="3456"/>
            <w:shd w:val="clear" w:color="auto" w:fill="FAF7F2"/>
          </w:tcPr>
          <w:p>
            <w:r>
              <w:rPr>
                <w:b/>
              </w:rPr>
              <w:t>Graduation date reported</w:t>
            </w:r>
          </w:p>
        </w:tc>
        <w:tc>
          <w:tcPr>
            <w:tcW w:type="dxa" w:w="6624"/>
          </w:tcPr>
          <w:p>
            <w:r/>
          </w:p>
        </w:tc>
      </w:tr>
    </w:tbl>
    <w:p>
      <w:pPr>
        <w:pStyle w:val="Heading2"/>
      </w:pPr>
      <w:r>
        <w:rPr>
          <w:color w:val="465246"/>
        </w:rPr>
        <w:t>Part 2 — Education details (completed by school)</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Dates of attendance (MM/YY – MM/YY)</w:t>
            </w:r>
          </w:p>
        </w:tc>
        <w:tc>
          <w:tcPr>
            <w:tcW w:type="dxa" w:w="6624"/>
          </w:tcPr>
          <w:p>
            <w:r/>
          </w:p>
        </w:tc>
      </w:tr>
      <w:tr>
        <w:trPr>
          <w:cantSplit/>
          <w:trHeight w:val="403" w:hRule="atLeast"/>
        </w:trPr>
        <w:tc>
          <w:tcPr>
            <w:tcW w:type="dxa" w:w="3456"/>
            <w:shd w:val="clear" w:color="auto" w:fill="FAF7F2"/>
          </w:tcPr>
          <w:p>
            <w:r>
              <w:rPr>
                <w:b/>
              </w:rPr>
              <w:t>Degree conferred</w:t>
            </w:r>
          </w:p>
        </w:tc>
        <w:tc>
          <w:tcPr>
            <w:tcW w:type="dxa" w:w="6624"/>
          </w:tcPr>
          <w:p>
            <w:r/>
          </w:p>
        </w:tc>
      </w:tr>
      <w:tr>
        <w:trPr>
          <w:cantSplit/>
          <w:trHeight w:val="403" w:hRule="atLeast"/>
        </w:trPr>
        <w:tc>
          <w:tcPr>
            <w:tcW w:type="dxa" w:w="3456"/>
            <w:shd w:val="clear" w:color="auto" w:fill="FAF7F2"/>
          </w:tcPr>
          <w:p>
            <w:r>
              <w:rPr>
                <w:b/>
              </w:rPr>
              <w:t>Date degree conferred</w:t>
            </w:r>
          </w:p>
        </w:tc>
        <w:tc>
          <w:tcPr>
            <w:tcW w:type="dxa" w:w="6624"/>
          </w:tcPr>
          <w:p>
            <w:r/>
          </w:p>
        </w:tc>
      </w:tr>
      <w:tr>
        <w:trPr>
          <w:cantSplit/>
          <w:trHeight w:val="403" w:hRule="atLeast"/>
        </w:trPr>
        <w:tc>
          <w:tcPr>
            <w:tcW w:type="dxa" w:w="3456"/>
            <w:shd w:val="clear" w:color="auto" w:fill="FAF7F2"/>
          </w:tcPr>
          <w:p>
            <w:r>
              <w:rPr>
                <w:b/>
              </w:rPr>
              <w:t>Program / track (e.g., combined degree, campus or teaching location)</w:t>
            </w:r>
          </w:p>
        </w:tc>
        <w:tc>
          <w:tcPr>
            <w:tcW w:type="dxa" w:w="6624"/>
          </w:tcPr>
          <w:p>
            <w:r/>
          </w:p>
        </w:tc>
      </w:tr>
      <w:tr>
        <w:trPr>
          <w:cantSplit/>
          <w:trHeight w:val="403" w:hRule="atLeast"/>
        </w:trPr>
        <w:tc>
          <w:tcPr>
            <w:tcW w:type="dxa" w:w="3456"/>
            <w:shd w:val="clear" w:color="auto" w:fill="FAF7F2"/>
          </w:tcPr>
          <w:p>
            <w:r>
              <w:rPr>
                <w:b/>
              </w:rPr>
              <w:t>Was the program accredited at the time? (accreditor name)</w:t>
            </w:r>
          </w:p>
        </w:tc>
        <w:tc>
          <w:tcPr>
            <w:tcW w:type="dxa" w:w="6624"/>
          </w:tcPr>
          <w:p>
            <w:r/>
          </w:p>
        </w:tc>
      </w:tr>
    </w:tbl>
    <w:p>
      <w:pPr>
        <w:pStyle w:val="Heading2"/>
      </w:pPr>
      <w:r>
        <w:rPr>
          <w:color w:val="465246"/>
        </w:rPr>
        <w:t>Part 3 — Academic and professional conduct</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624"/>
        <w:gridCol w:w="1728"/>
        <w:gridCol w:w="1728"/>
      </w:tblGrid>
      <w:tr>
        <w:trPr>
          <w:cantSplit/>
          <w:trHeight w:val="403" w:hRule="atLeast"/>
        </w:trPr>
        <w:tc>
          <w:tcPr>
            <w:tcW w:type="dxa" w:w="6624"/>
            <w:shd w:val="clear" w:color="auto" w:fill="E9DCC6"/>
          </w:tcPr>
          <w:p>
            <w:r>
              <w:rPr>
                <w:b/>
              </w:rPr>
              <w:t>Question</w:t>
            </w:r>
          </w:p>
        </w:tc>
        <w:tc>
          <w:tcPr>
            <w:tcW w:type="dxa" w:w="1728"/>
            <w:shd w:val="clear" w:color="auto" w:fill="E9DCC6"/>
          </w:tcPr>
          <w:p>
            <w:r>
              <w:rPr>
                <w:b/>
              </w:rPr>
              <w:t>Yes</w:t>
            </w:r>
          </w:p>
        </w:tc>
        <w:tc>
          <w:tcPr>
            <w:tcW w:type="dxa" w:w="1728"/>
            <w:shd w:val="clear" w:color="auto" w:fill="E9DCC6"/>
          </w:tcPr>
          <w:p>
            <w:r>
              <w:rPr>
                <w:b/>
              </w:rPr>
              <w:t>No / details</w:t>
            </w:r>
          </w:p>
        </w:tc>
      </w:tr>
      <w:tr>
        <w:trPr>
          <w:cantSplit/>
          <w:trHeight w:val="403" w:hRule="atLeast"/>
        </w:trPr>
        <w:tc>
          <w:tcPr>
            <w:tcW w:type="dxa" w:w="6624"/>
          </w:tcPr>
          <w:p>
            <w:r>
              <w:t>Did the graduate attend continuously, without leaves of absence or extended time?</w:t>
            </w:r>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624"/>
          </w:tcPr>
          <w:p>
            <w:r>
              <w:t>Was the graduate ever placed on academic or professional probation, suspended or dismissed?</w:t>
            </w:r>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624"/>
          </w:tcPr>
          <w:p>
            <w:r>
              <w:t>Were any disciplinary actions taken (e.g., professionalism or conduct)?</w:t>
            </w:r>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624"/>
          </w:tcPr>
          <w:p>
            <w:r>
              <w:t>Did the graduate repeat any year or course?</w:t>
            </w:r>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7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r>
        <w:t>If you answered "No" to the first question or "Yes" to any other, please give dates and details, or tell us whom to contact.</w:t>
      </w:r>
    </w:p>
    <w:p>
      <w:pPr>
        <w:pStyle w:val="Heading2"/>
      </w:pPr>
      <w:r>
        <w:rPr>
          <w:color w:val="465246"/>
        </w:rPr>
        <w:t>Completed by (responding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Name</w:t>
            </w:r>
          </w:p>
        </w:tc>
        <w:tc>
          <w:tcPr>
            <w:tcW w:type="dxa" w:w="6624"/>
          </w:tcPr>
          <w:p>
            <w:r/>
          </w:p>
        </w:tc>
      </w:tr>
      <w:tr>
        <w:trPr>
          <w:cantSplit/>
          <w:trHeight w:val="403" w:hRule="atLeast"/>
        </w:trPr>
        <w:tc>
          <w:tcPr>
            <w:tcW w:type="dxa" w:w="3456"/>
            <w:shd w:val="clear" w:color="auto" w:fill="FAF7F2"/>
          </w:tcPr>
          <w:p>
            <w:r>
              <w:rPr>
                <w:b/>
              </w:rPr>
              <w:t>Title</w:t>
            </w:r>
          </w:p>
        </w:tc>
        <w:tc>
          <w:tcPr>
            <w:tcW w:type="dxa" w:w="6624"/>
          </w:tcPr>
          <w:p>
            <w:r/>
          </w:p>
        </w:tc>
      </w:tr>
      <w:tr>
        <w:trPr>
          <w:cantSplit/>
          <w:trHeight w:val="403" w:hRule="atLeast"/>
        </w:trPr>
        <w:tc>
          <w:tcPr>
            <w:tcW w:type="dxa" w:w="3456"/>
            <w:shd w:val="clear" w:color="auto" w:fill="FAF7F2"/>
          </w:tcPr>
          <w:p>
            <w:r>
              <w:rPr>
                <w:b/>
              </w:rPr>
              <w:t>Organization / department</w:t>
            </w:r>
          </w:p>
        </w:tc>
        <w:tc>
          <w:tcPr>
            <w:tcW w:type="dxa" w:w="6624"/>
          </w:tcPr>
          <w:p>
            <w:r/>
          </w:p>
        </w:tc>
      </w:tr>
      <w:tr>
        <w:trPr>
          <w:cantSplit/>
          <w:trHeight w:val="403" w:hRule="atLeast"/>
        </w:trPr>
        <w:tc>
          <w:tcPr>
            <w:tcW w:type="dxa" w:w="3456"/>
            <w:shd w:val="clear" w:color="auto" w:fill="FAF7F2"/>
          </w:tcPr>
          <w:p>
            <w:r>
              <w:rPr>
                <w:b/>
              </w:rPr>
              <w:t>Phone / email</w:t>
            </w:r>
          </w:p>
        </w:tc>
        <w:tc>
          <w:tcPr>
            <w:tcW w:type="dxa" w:w="6624"/>
          </w:tcPr>
          <w:p>
            <w:r/>
          </w:p>
        </w:tc>
      </w:tr>
      <w:tr>
        <w:trPr>
          <w:cantSplit/>
          <w:trHeight w:val="403" w:hRule="atLeast"/>
        </w:trPr>
        <w:tc>
          <w:tcPr>
            <w:tcW w:type="dxa" w:w="3456"/>
            <w:shd w:val="clear" w:color="auto" w:fill="FAF7F2"/>
          </w:tcPr>
          <w:p>
            <w:r>
              <w:rPr>
                <w:b/>
              </w:rPr>
              <w:t>Signature</w:t>
            </w:r>
          </w:p>
        </w:tc>
        <w:tc>
          <w:tcPr>
            <w:tcW w:type="dxa" w:w="6624"/>
          </w:tcPr>
          <w:p>
            <w:r/>
          </w:p>
        </w:tc>
      </w:tr>
      <w:tr>
        <w:trPr>
          <w:cantSplit/>
          <w:trHeight w:val="403" w:hRule="atLeast"/>
        </w:trPr>
        <w:tc>
          <w:tcPr>
            <w:tcW w:type="dxa" w:w="3456"/>
            <w:shd w:val="clear" w:color="auto" w:fill="FAF7F2"/>
          </w:tcPr>
          <w:p>
            <w:r>
              <w:rPr>
                <w:b/>
              </w:rPr>
              <w:t>Date completed</w:t>
            </w:r>
          </w:p>
        </w:tc>
        <w:tc>
          <w:tcPr>
            <w:tcW w:type="dxa" w:w="6624"/>
          </w:tcPr>
          <w:p>
            <w:r/>
          </w:p>
        </w:tc>
      </w:tr>
      <w:tr>
        <w:trPr>
          <w:cantSplit/>
          <w:trHeight w:val="403" w:hRule="atLeast"/>
        </w:trPr>
        <w:tc>
          <w:tcPr>
            <w:tcW w:type="dxa" w:w="3456"/>
            <w:shd w:val="clear" w:color="auto" w:fill="FAF7F2"/>
          </w:tcPr>
          <w:p>
            <w:r>
              <w:rPr>
                <w:b/>
              </w:rPr>
              <w:t>Source used (e.g., official records, database)</w:t>
            </w:r>
          </w:p>
        </w:tc>
        <w:tc>
          <w:tcPr>
            <w:tcW w:type="dxa" w:w="6624"/>
          </w:tcPr>
          <w:p>
            <w:r/>
          </w:p>
        </w:tc>
      </w:tr>
    </w:tbl>
    <w:p>
      <w:r>
        <w:rPr>
          <w:i/>
        </w:rPr>
        <w:t>Please return this form with your organization's letterhead or official seal if that is your normal practice. Thank you for your assistance.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Medical School Education Verification Request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