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rPr>
          <w:color w:val="465246"/>
        </w:rPr>
        <w:t>Work History / Employment Verification Request</w:t>
      </w:r>
    </w:p>
    <w:p>
      <w:r>
        <w:rPr>
          <w:i/>
          <w:color w:val="5E4630"/>
        </w:rPr>
        <w:t>All Things Credentialing · Your one-stop shop for credentialing, privileging &amp; enrollment</w:t>
      </w:r>
    </w:p>
    <w:p>
      <w:r>
        <w:rPr>
          <w:i w:val="0"/>
        </w:rPr>
        <w:t>Letter and response form for a current or past employer, group practice, staffing or locum tenens agency, or other practice setting. Use the Hospital Affiliation Verification Request for hospital medical staff appointments. Attach the practitioner's signed authorization and release.</w:t>
      </w:r>
    </w:p>
    <w:p>
      <w:r>
        <w:rPr>
          <w:b/>
          <w:color w:val="8A5A00"/>
          <w:sz w:val="18"/>
        </w:rPr>
        <w:t>GENERAL TEMPLATE — NOT LEGAL ADVICE. This document is a generic starting point from All Things Credentialing. It is not tied to any specific accreditor's standards, state law or payer contract. Adapt it to your bylaws, policies, current accreditation standards and applicable law, and have it reviewed by your compliance team or counsel before use.</w:t>
      </w:r>
    </w:p>
    <w:tbl>
      <w:tblPr>
        <w:tblW w:type="auto" w:w="0"/>
        <w:tblLook w:firstColumn="1" w:firstRow="1" w:lastColumn="0" w:lastRow="0" w:noHBand="0" w:noVBand="1" w:val="04A0"/>
        <w:tblBorders>
          <w:top w:val="single" w:sz="6" w:color="D8C3A5"/>
          <w:left w:val="single" w:sz="6" w:color="D8C3A5"/>
          <w:bottom w:val="single" w:sz="6" w:color="D8C3A5"/>
          <w:right w:val="single" w:sz="6" w:color="D8C3A5"/>
          <w:insideH w:val="single" w:sz="6" w:color="D8C3A5"/>
          <w:insideV w:val="single" w:sz="6" w:color="D8C3A5"/>
        </w:tblBorders>
      </w:tblPr>
      <w:tblGrid>
        <w:gridCol w:w="4968"/>
        <w:gridCol w:w="4968"/>
      </w:tblGrid>
      <w:tr>
        <w:trPr>
          <w:trHeight w:val="403" w:hRule="atLeast"/>
          <w:cantSplit/>
        </w:trPr>
        <w:tc>
          <w:tcPr>
            <w:tcW w:type="dxa" w:w="3456"/>
            <w:shd w:val="clear" w:color="auto" w:fill="FAF7F2"/>
          </w:tcPr>
          <w:p>
            <w:r>
              <w:rPr>
                <w:b/>
              </w:rPr>
              <w:t>Date of request</w:t>
            </w:r>
          </w:p>
        </w:tc>
        <w:tc>
          <w:tcPr>
            <w:tcW w:type="dxa" w:w="6624"/>
          </w:tcPr>
          <w:p>
            <w:r/>
          </w:p>
        </w:tc>
      </w:tr>
      <w:tr>
        <w:trPr>
          <w:trHeight w:val="403" w:hRule="atLeast"/>
          <w:cantSplit/>
        </w:trPr>
        <w:tc>
          <w:tcPr>
            <w:tcW w:type="dxa" w:w="3456"/>
            <w:shd w:val="clear" w:color="auto" w:fill="FAF7F2"/>
          </w:tcPr>
          <w:p>
            <w:r>
              <w:rPr>
                <w:b/>
              </w:rPr>
              <w:t>To (Human Resources / Practice Manager / Medical Director)</w:t>
            </w:r>
          </w:p>
        </w:tc>
        <w:tc>
          <w:tcPr>
            <w:tcW w:type="dxa" w:w="6624"/>
          </w:tcPr>
          <w:p>
            <w:r/>
          </w:p>
        </w:tc>
      </w:tr>
      <w:tr>
        <w:trPr>
          <w:trHeight w:val="403" w:hRule="atLeast"/>
          <w:cantSplit/>
        </w:trPr>
        <w:tc>
          <w:tcPr>
            <w:tcW w:type="dxa" w:w="3456"/>
            <w:shd w:val="clear" w:color="auto" w:fill="FAF7F2"/>
          </w:tcPr>
          <w:p>
            <w:r>
              <w:rPr>
                <w:b/>
              </w:rPr>
              <w:t>Address / fax / secure email or portal</w:t>
            </w:r>
          </w:p>
        </w:tc>
        <w:tc>
          <w:tcPr>
            <w:tcW w:type="dxa" w:w="6624"/>
          </w:tcPr>
          <w:p>
            <w:r/>
          </w:p>
        </w:tc>
      </w:tr>
      <w:tr>
        <w:trPr>
          <w:trHeight w:val="403" w:hRule="atLeast"/>
          <w:cantSplit/>
        </w:trPr>
        <w:tc>
          <w:tcPr>
            <w:tcW w:type="dxa" w:w="3456"/>
            <w:shd w:val="clear" w:color="auto" w:fill="FAF7F2"/>
          </w:tcPr>
          <w:p>
            <w:r>
              <w:rPr>
                <w:b/>
              </w:rPr>
              <w:t>From (organization)</w:t>
            </w:r>
          </w:p>
        </w:tc>
        <w:tc>
          <w:tcPr>
            <w:tcW w:type="dxa" w:w="6624"/>
          </w:tcPr>
          <w:p>
            <w:r/>
          </w:p>
        </w:tc>
      </w:tr>
      <w:tr>
        <w:trPr>
          <w:trHeight w:val="403" w:hRule="atLeast"/>
          <w:cantSplit/>
        </w:trPr>
        <w:tc>
          <w:tcPr>
            <w:tcW w:type="dxa" w:w="3456"/>
            <w:shd w:val="clear" w:color="auto" w:fill="FAF7F2"/>
          </w:tcPr>
          <w:p>
            <w:r>
              <w:rPr>
                <w:b/>
              </w:rPr>
              <w:t>Contact name, title</w:t>
            </w:r>
          </w:p>
        </w:tc>
        <w:tc>
          <w:tcPr>
            <w:tcW w:type="dxa" w:w="6624"/>
          </w:tcPr>
          <w:p>
            <w:r/>
          </w:p>
        </w:tc>
      </w:tr>
      <w:tr>
        <w:trPr>
          <w:trHeight w:val="403" w:hRule="atLeast"/>
          <w:cantSplit/>
        </w:trPr>
        <w:tc>
          <w:tcPr>
            <w:tcW w:type="dxa" w:w="3456"/>
            <w:shd w:val="clear" w:color="auto" w:fill="FAF7F2"/>
          </w:tcPr>
          <w:p>
            <w:r>
              <w:rPr>
                <w:b/>
              </w:rPr>
              <w:t>Phone / email for response</w:t>
            </w:r>
          </w:p>
        </w:tc>
        <w:tc>
          <w:tcPr>
            <w:tcW w:type="dxa" w:w="6624"/>
          </w:tcPr>
          <w:p>
            <w:r/>
          </w:p>
        </w:tc>
      </w:tr>
      <w:tr>
        <w:trPr>
          <w:trHeight w:val="403" w:hRule="atLeast"/>
          <w:cantSplit/>
        </w:trPr>
        <w:tc>
          <w:tcPr>
            <w:tcW w:type="dxa" w:w="3456"/>
            <w:shd w:val="clear" w:color="auto" w:fill="FAF7F2"/>
          </w:tcPr>
          <w:p>
            <w:r>
              <w:rPr>
                <w:b/>
              </w:rPr>
              <w:t>Our reference #</w:t>
            </w:r>
          </w:p>
        </w:tc>
        <w:tc>
          <w:tcPr>
            <w:tcW w:type="dxa" w:w="6624"/>
          </w:tcPr>
          <w:p>
            <w:r/>
          </w:p>
        </w:tc>
      </w:tr>
      <w:tr>
        <w:trPr>
          <w:trHeight w:val="403" w:hRule="atLeast"/>
          <w:cantSplit/>
        </w:trPr>
        <w:tc>
          <w:tcPr>
            <w:tcW w:type="dxa" w:w="3456"/>
            <w:shd w:val="clear" w:color="auto" w:fill="FAF7F2"/>
          </w:tcPr>
          <w:p>
            <w:r>
              <w:rPr>
                <w:b/>
              </w:rPr>
              <w:t>Please respond by (date)</w:t>
            </w:r>
          </w:p>
        </w:tc>
        <w:tc>
          <w:tcPr>
            <w:tcW w:type="dxa" w:w="6624"/>
          </w:tcPr>
          <w:p>
            <w:r/>
          </w:p>
        </w:tc>
      </w:tr>
    </w:tbl>
    <w:p/>
    <w:p>
      <w:r>
        <w:t>The practitioner named below has applied for appointment, privileges or participation with our organization and lists your organization in their work history. A signed authorization and release is attached. Please complete and return the form to the contact above, or tell us how to use your verification process.</w:t>
      </w:r>
    </w:p>
    <w:p>
      <w:r>
        <w:t>Information you provide will be kept confidential and used only for credentialing and peer review purposes, as permitted by applicable law and our policies.</w:t>
      </w:r>
    </w:p>
    <w:p>
      <w:pPr>
        <w:pStyle w:val="Heading2"/>
      </w:pPr>
      <w:r>
        <w:rPr>
          <w:color w:val="465246"/>
        </w:rPr>
        <w:t>Part 1 — Practitioner (completed by requesting organization)</w:t>
      </w:r>
    </w:p>
    <w:tbl>
      <w:tblPr>
        <w:tblW w:type="auto" w:w="0"/>
        <w:tblLook w:firstColumn="1" w:firstRow="1" w:lastColumn="0" w:lastRow="0" w:noHBand="0" w:noVBand="1" w:val="04A0"/>
        <w:tblBorders>
          <w:top w:val="single" w:sz="6" w:color="D8C3A5"/>
          <w:left w:val="single" w:sz="6" w:color="D8C3A5"/>
          <w:bottom w:val="single" w:sz="6" w:color="D8C3A5"/>
          <w:right w:val="single" w:sz="6" w:color="D8C3A5"/>
          <w:insideH w:val="single" w:sz="6" w:color="D8C3A5"/>
          <w:insideV w:val="single" w:sz="6" w:color="D8C3A5"/>
        </w:tblBorders>
      </w:tblPr>
      <w:tblGrid>
        <w:gridCol w:w="4968"/>
        <w:gridCol w:w="4968"/>
      </w:tblGrid>
      <w:tr>
        <w:trPr>
          <w:trHeight w:val="403" w:hRule="atLeast"/>
          <w:cantSplit/>
        </w:trPr>
        <w:tc>
          <w:tcPr>
            <w:tcW w:type="dxa" w:w="3456"/>
            <w:shd w:val="clear" w:color="auto" w:fill="FAF7F2"/>
          </w:tcPr>
          <w:p>
            <w:r>
              <w:rPr>
                <w:b/>
              </w:rPr>
              <w:t>Full name</w:t>
            </w:r>
          </w:p>
        </w:tc>
        <w:tc>
          <w:tcPr>
            <w:tcW w:type="dxa" w:w="6624"/>
          </w:tcPr>
          <w:p>
            <w:r/>
          </w:p>
        </w:tc>
      </w:tr>
      <w:tr>
        <w:trPr>
          <w:trHeight w:val="403" w:hRule="atLeast"/>
          <w:cantSplit/>
        </w:trPr>
        <w:tc>
          <w:tcPr>
            <w:tcW w:type="dxa" w:w="3456"/>
            <w:shd w:val="clear" w:color="auto" w:fill="FAF7F2"/>
          </w:tcPr>
          <w:p>
            <w:r>
              <w:rPr>
                <w:b/>
              </w:rPr>
              <w:t>Other / former names</w:t>
            </w:r>
          </w:p>
        </w:tc>
        <w:tc>
          <w:tcPr>
            <w:tcW w:type="dxa" w:w="6624"/>
          </w:tcPr>
          <w:p>
            <w:r/>
          </w:p>
        </w:tc>
      </w:tr>
      <w:tr>
        <w:trPr>
          <w:trHeight w:val="403" w:hRule="atLeast"/>
          <w:cantSplit/>
        </w:trPr>
        <w:tc>
          <w:tcPr>
            <w:tcW w:type="dxa" w:w="3456"/>
            <w:shd w:val="clear" w:color="auto" w:fill="FAF7F2"/>
          </w:tcPr>
          <w:p>
            <w:r>
              <w:rPr>
                <w:b/>
              </w:rPr>
              <w:t>Degree / provider type</w:t>
            </w:r>
          </w:p>
        </w:tc>
        <w:tc>
          <w:tcPr>
            <w:tcW w:type="dxa" w:w="6624"/>
          </w:tcPr>
          <w:p>
            <w:r/>
          </w:p>
        </w:tc>
      </w:tr>
      <w:tr>
        <w:trPr>
          <w:trHeight w:val="403" w:hRule="atLeast"/>
          <w:cantSplit/>
        </w:trPr>
        <w:tc>
          <w:tcPr>
            <w:tcW w:type="dxa" w:w="3456"/>
            <w:shd w:val="clear" w:color="auto" w:fill="FAF7F2"/>
          </w:tcPr>
          <w:p>
            <w:r>
              <w:rPr>
                <w:b/>
              </w:rPr>
              <w:t>Specialty</w:t>
            </w:r>
          </w:p>
        </w:tc>
        <w:tc>
          <w:tcPr>
            <w:tcW w:type="dxa" w:w="6624"/>
          </w:tcPr>
          <w:p>
            <w:r/>
          </w:p>
        </w:tc>
      </w:tr>
      <w:tr>
        <w:trPr>
          <w:trHeight w:val="403" w:hRule="atLeast"/>
          <w:cantSplit/>
        </w:trPr>
        <w:tc>
          <w:tcPr>
            <w:tcW w:type="dxa" w:w="3456"/>
            <w:shd w:val="clear" w:color="auto" w:fill="FAF7F2"/>
          </w:tcPr>
          <w:p>
            <w:r>
              <w:rPr>
                <w:b/>
              </w:rPr>
              <w:t>NPI</w:t>
            </w:r>
          </w:p>
        </w:tc>
        <w:tc>
          <w:tcPr>
            <w:tcW w:type="dxa" w:w="6624"/>
          </w:tcPr>
          <w:p>
            <w:r/>
          </w:p>
        </w:tc>
      </w:tr>
      <w:tr>
        <w:trPr>
          <w:trHeight w:val="403" w:hRule="atLeast"/>
          <w:cantSplit/>
        </w:trPr>
        <w:tc>
          <w:tcPr>
            <w:tcW w:type="dxa" w:w="3456"/>
            <w:shd w:val="clear" w:color="auto" w:fill="FAF7F2"/>
          </w:tcPr>
          <w:p>
            <w:r>
              <w:rPr>
                <w:b/>
              </w:rPr>
              <w:t>Position reported by practitioner</w:t>
            </w:r>
          </w:p>
        </w:tc>
        <w:tc>
          <w:tcPr>
            <w:tcW w:type="dxa" w:w="6624"/>
          </w:tcPr>
          <w:p>
            <w:r/>
          </w:p>
        </w:tc>
      </w:tr>
      <w:tr>
        <w:trPr>
          <w:trHeight w:val="403" w:hRule="atLeast"/>
          <w:cantSplit/>
        </w:trPr>
        <w:tc>
          <w:tcPr>
            <w:tcW w:type="dxa" w:w="3456"/>
            <w:shd w:val="clear" w:color="auto" w:fill="FAF7F2"/>
          </w:tcPr>
          <w:p>
            <w:r>
              <w:rPr>
                <w:b/>
              </w:rPr>
              <w:t>Employment dates reported (MM/YY – MM/YY)</w:t>
            </w:r>
          </w:p>
        </w:tc>
        <w:tc>
          <w:tcPr>
            <w:tcW w:type="dxa" w:w="6624"/>
          </w:tcPr>
          <w:p>
            <w:r/>
          </w:p>
        </w:tc>
      </w:tr>
    </w:tbl>
    <w:p>
      <w:pPr>
        <w:pStyle w:val="Heading2"/>
      </w:pPr>
      <w:r>
        <w:rPr>
          <w:color w:val="465246"/>
        </w:rPr>
        <w:t>Part 2 — Employment details (completed by employer)</w:t>
      </w:r>
    </w:p>
    <w:tbl>
      <w:tblPr>
        <w:tblW w:type="auto" w:w="0"/>
        <w:tblLook w:firstColumn="1" w:firstRow="1" w:lastColumn="0" w:lastRow="0" w:noHBand="0" w:noVBand="1" w:val="04A0"/>
        <w:tblBorders>
          <w:top w:val="single" w:sz="6" w:color="D8C3A5"/>
          <w:left w:val="single" w:sz="6" w:color="D8C3A5"/>
          <w:bottom w:val="single" w:sz="6" w:color="D8C3A5"/>
          <w:right w:val="single" w:sz="6" w:color="D8C3A5"/>
          <w:insideH w:val="single" w:sz="6" w:color="D8C3A5"/>
          <w:insideV w:val="single" w:sz="6" w:color="D8C3A5"/>
        </w:tblBorders>
      </w:tblPr>
      <w:tblGrid>
        <w:gridCol w:w="4968"/>
        <w:gridCol w:w="4968"/>
      </w:tblGrid>
      <w:tr>
        <w:trPr>
          <w:trHeight w:val="403" w:hRule="atLeast"/>
          <w:cantSplit/>
        </w:trPr>
        <w:tc>
          <w:tcPr>
            <w:tcW w:type="dxa" w:w="3456"/>
            <w:shd w:val="clear" w:color="auto" w:fill="FAF7F2"/>
          </w:tcPr>
          <w:p>
            <w:r>
              <w:rPr>
                <w:b/>
              </w:rPr>
              <w:t>Start date (MM/YY)</w:t>
            </w:r>
          </w:p>
        </w:tc>
        <w:tc>
          <w:tcPr>
            <w:tcW w:type="dxa" w:w="6624"/>
          </w:tcPr>
          <w:p>
            <w:r/>
          </w:p>
        </w:tc>
      </w:tr>
      <w:tr>
        <w:trPr>
          <w:trHeight w:val="403" w:hRule="atLeast"/>
          <w:cantSplit/>
        </w:trPr>
        <w:tc>
          <w:tcPr>
            <w:tcW w:type="dxa" w:w="3456"/>
            <w:shd w:val="clear" w:color="auto" w:fill="FAF7F2"/>
          </w:tcPr>
          <w:p>
            <w:r>
              <w:rPr>
                <w:b/>
              </w:rPr>
              <w:t>End date (MM/YY) or "current"</w:t>
            </w:r>
          </w:p>
        </w:tc>
        <w:tc>
          <w:tcPr>
            <w:tcW w:type="dxa" w:w="6624"/>
          </w:tcPr>
          <w:p>
            <w:r/>
          </w:p>
        </w:tc>
      </w:tr>
      <w:tr>
        <w:trPr>
          <w:trHeight w:val="403" w:hRule="atLeast"/>
          <w:cantSplit/>
        </w:trPr>
        <w:tc>
          <w:tcPr>
            <w:tcW w:type="dxa" w:w="3456"/>
            <w:shd w:val="clear" w:color="auto" w:fill="FAF7F2"/>
          </w:tcPr>
          <w:p>
            <w:r>
              <w:rPr>
                <w:b/>
              </w:rPr>
              <w:t>Position / title</w:t>
            </w:r>
          </w:p>
        </w:tc>
        <w:tc>
          <w:tcPr>
            <w:tcW w:type="dxa" w:w="6624"/>
          </w:tcPr>
          <w:p>
            <w:r/>
          </w:p>
        </w:tc>
      </w:tr>
      <w:tr>
        <w:trPr>
          <w:trHeight w:val="403" w:hRule="atLeast"/>
          <w:cantSplit/>
        </w:trPr>
        <w:tc>
          <w:tcPr>
            <w:tcW w:type="dxa" w:w="3456"/>
            <w:shd w:val="clear" w:color="auto" w:fill="FAF7F2"/>
          </w:tcPr>
          <w:p>
            <w:r>
              <w:rPr>
                <w:b/>
              </w:rPr>
              <w:t xml:space="preserve">Relationship: </w:t>
            </w:r>
            <w:sdt>
              <w:sdtPr>
                <w14:checkbox>
                  <w14:checked w14:val="0"/>
                  <w14:checkedState w14:val="2714" w14:font="Segoe UI Symbol"/>
                  <w14:uncheckedState w14:val="2610" w14:font="Segoe UI Symbol"/>
                </w14:checkbox>
              </w:sdtPr>
              <w:sdtContent>
                <w:r>
                  <w:rPr>
                    <w:rFonts w:ascii="Segoe UI Symbol" w:hAnsi="Segoe UI Symbol" w:eastAsia="Segoe UI Symbol" w:cs="Segoe UI Symbol"/>
                    <w:b/>
                  </w:rPr>
                  <w:t xml:space="preserve">☐</w:t>
                </w:r>
              </w:sdtContent>
            </w:sdt>
            <w:r>
              <w:rPr>
                <w:b/>
              </w:rPr>
              <w:t xml:space="preserve"> Employed  </w:t>
            </w:r>
            <w:sdt>
              <w:sdtPr>
                <w14:checkbox>
                  <w14:checked w14:val="0"/>
                  <w14:checkedState w14:val="2714" w14:font="Segoe UI Symbol"/>
                  <w14:uncheckedState w14:val="2610" w14:font="Segoe UI Symbol"/>
                </w14:checkbox>
              </w:sdtPr>
              <w:sdtContent>
                <w:r>
                  <w:rPr>
                    <w:rFonts w:ascii="Segoe UI Symbol" w:hAnsi="Segoe UI Symbol" w:eastAsia="Segoe UI Symbol" w:cs="Segoe UI Symbol"/>
                    <w:b/>
                  </w:rPr>
                  <w:t xml:space="preserve">☐</w:t>
                </w:r>
              </w:sdtContent>
            </w:sdt>
            <w:r>
              <w:rPr>
                <w:b/>
              </w:rPr>
              <w:t xml:space="preserve"> Independent contractor  </w:t>
            </w:r>
            <w:sdt>
              <w:sdtPr>
                <w14:checkbox>
                  <w14:checked w14:val="0"/>
                  <w14:checkedState w14:val="2714" w14:font="Segoe UI Symbol"/>
                  <w14:uncheckedState w14:val="2610" w14:font="Segoe UI Symbol"/>
                </w14:checkbox>
              </w:sdtPr>
              <w:sdtContent>
                <w:r>
                  <w:rPr>
                    <w:rFonts w:ascii="Segoe UI Symbol" w:hAnsi="Segoe UI Symbol" w:eastAsia="Segoe UI Symbol" w:cs="Segoe UI Symbol"/>
                    <w:b/>
                  </w:rPr>
                  <w:t xml:space="preserve">☐</w:t>
                </w:r>
              </w:sdtContent>
            </w:sdt>
            <w:r>
              <w:rPr>
                <w:b/>
              </w:rPr>
              <w:t xml:space="preserve"> Locum tenens  </w:t>
            </w:r>
            <w:sdt>
              <w:sdtPr>
                <w14:checkbox>
                  <w14:checked w14:val="0"/>
                  <w14:checkedState w14:val="2714" w14:font="Segoe UI Symbol"/>
                  <w14:uncheckedState w14:val="2610" w14:font="Segoe UI Symbol"/>
                </w14:checkbox>
              </w:sdtPr>
              <w:sdtContent>
                <w:r>
                  <w:rPr>
                    <w:rFonts w:ascii="Segoe UI Symbol" w:hAnsi="Segoe UI Symbol" w:eastAsia="Segoe UI Symbol" w:cs="Segoe UI Symbol"/>
                    <w:b/>
                  </w:rPr>
                  <w:t xml:space="preserve">☐</w:t>
                </w:r>
              </w:sdtContent>
            </w:sdt>
            <w:r>
              <w:rPr>
                <w:b/>
              </w:rPr>
              <w:t xml:space="preserve"> Other</w:t>
            </w:r>
          </w:p>
        </w:tc>
        <w:tc>
          <w:tcPr>
            <w:tcW w:type="dxa" w:w="6624"/>
          </w:tcPr>
          <w:p>
            <w:r/>
          </w:p>
        </w:tc>
      </w:tr>
      <w:tr>
        <w:trPr>
          <w:trHeight w:val="403" w:hRule="atLeast"/>
          <w:cantSplit/>
        </w:trPr>
        <w:tc>
          <w:tcPr>
            <w:tcW w:type="dxa" w:w="3456"/>
            <w:shd w:val="clear" w:color="auto" w:fill="FAF7F2"/>
          </w:tcPr>
          <w:p>
            <w:r>
              <w:rPr>
                <w:b/>
              </w:rPr>
              <w:t>Full-time / part-time</w:t>
            </w:r>
          </w:p>
        </w:tc>
        <w:tc>
          <w:tcPr>
            <w:tcW w:type="dxa" w:w="6624"/>
          </w:tcPr>
          <w:p>
            <w:r/>
          </w:p>
        </w:tc>
      </w:tr>
      <w:tr>
        <w:trPr>
          <w:trHeight w:val="403" w:hRule="atLeast"/>
          <w:cantSplit/>
        </w:trPr>
        <w:tc>
          <w:tcPr>
            <w:tcW w:type="dxa" w:w="3456"/>
            <w:shd w:val="clear" w:color="auto" w:fill="FAF7F2"/>
          </w:tcPr>
          <w:p>
            <w:r>
              <w:rPr>
                <w:b/>
              </w:rPr>
              <w:t>Practice location(s)</w:t>
            </w:r>
          </w:p>
        </w:tc>
        <w:tc>
          <w:tcPr>
            <w:tcW w:type="dxa" w:w="6624"/>
          </w:tcPr>
          <w:p>
            <w:r/>
          </w:p>
        </w:tc>
      </w:tr>
      <w:tr>
        <w:trPr>
          <w:trHeight w:val="403" w:hRule="atLeast"/>
          <w:cantSplit/>
        </w:trPr>
        <w:tc>
          <w:tcPr>
            <w:tcW w:type="dxa" w:w="3456"/>
            <w:shd w:val="clear" w:color="auto" w:fill="FAF7F2"/>
          </w:tcPr>
          <w:p>
            <w:r>
              <w:rPr>
                <w:b/>
              </w:rPr>
              <w:t>Reason employment ended (if applicable)</w:t>
            </w:r>
          </w:p>
        </w:tc>
        <w:tc>
          <w:tcPr>
            <w:tcW w:type="dxa" w:w="6624"/>
          </w:tcPr>
          <w:p>
            <w:r/>
          </w:p>
        </w:tc>
      </w:tr>
      <w:tr>
        <w:trPr>
          <w:trHeight w:val="403" w:hRule="atLeast"/>
          <w:cantSplit/>
        </w:trPr>
        <w:tc>
          <w:tcPr>
            <w:tcW w:type="dxa" w:w="3456"/>
            <w:shd w:val="clear" w:color="auto" w:fill="FAF7F2"/>
          </w:tcPr>
          <w:p>
            <w:r>
              <w:rPr>
                <w:b/>
              </w:rPr>
              <w:t xml:space="preserve">Eligible for rehire? </w:t>
            </w:r>
            <w:sdt>
              <w:sdtPr>
                <w14:checkbox>
                  <w14:checked w14:val="0"/>
                  <w14:checkedState w14:val="2714" w14:font="Segoe UI Symbol"/>
                  <w14:uncheckedState w14:val="2610" w14:font="Segoe UI Symbol"/>
                </w14:checkbox>
              </w:sdtPr>
              <w:sdtContent>
                <w:r>
                  <w:rPr>
                    <w:rFonts w:ascii="Segoe UI Symbol" w:hAnsi="Segoe UI Symbol" w:eastAsia="Segoe UI Symbol" w:cs="Segoe UI Symbol"/>
                    <w:b/>
                  </w:rPr>
                  <w:t xml:space="preserve">☐</w:t>
                </w:r>
              </w:sdtContent>
            </w:sdt>
            <w:r>
              <w:rPr>
                <w:b/>
              </w:rPr>
              <w:t xml:space="preserve"> Yes  </w:t>
            </w:r>
            <w:sdt>
              <w:sdtPr>
                <w14:checkbox>
                  <w14:checked w14:val="0"/>
                  <w14:checkedState w14:val="2714" w14:font="Segoe UI Symbol"/>
                  <w14:uncheckedState w14:val="2610" w14:font="Segoe UI Symbol"/>
                </w14:checkbox>
              </w:sdtPr>
              <w:sdtContent>
                <w:r>
                  <w:rPr>
                    <w:rFonts w:ascii="Segoe UI Symbol" w:hAnsi="Segoe UI Symbol" w:eastAsia="Segoe UI Symbol" w:cs="Segoe UI Symbol"/>
                    <w:b/>
                  </w:rPr>
                  <w:t xml:space="preserve">☐</w:t>
                </w:r>
              </w:sdtContent>
            </w:sdt>
            <w:r>
              <w:rPr>
                <w:b/>
              </w:rPr>
              <w:t xml:space="preserve"> No  </w:t>
            </w:r>
            <w:sdt>
              <w:sdtPr>
                <w14:checkbox>
                  <w14:checked w14:val="0"/>
                  <w14:checkedState w14:val="2714" w14:font="Segoe UI Symbol"/>
                  <w14:uncheckedState w14:val="2610" w14:font="Segoe UI Symbol"/>
                </w14:checkbox>
              </w:sdtPr>
              <w:sdtContent>
                <w:r>
                  <w:rPr>
                    <w:rFonts w:ascii="Segoe UI Symbol" w:hAnsi="Segoe UI Symbol" w:eastAsia="Segoe UI Symbol" w:cs="Segoe UI Symbol"/>
                    <w:b/>
                  </w:rPr>
                  <w:t xml:space="preserve">☐</w:t>
                </w:r>
              </w:sdtContent>
            </w:sdt>
            <w:r>
              <w:rPr>
                <w:b/>
              </w:rPr>
              <w:t xml:space="preserve"> Policy does not permit response</w:t>
            </w:r>
          </w:p>
        </w:tc>
        <w:tc>
          <w:tcPr>
            <w:tcW w:type="dxa" w:w="6624"/>
          </w:tcPr>
          <w:p>
            <w:r/>
          </w:p>
        </w:tc>
      </w:tr>
    </w:tbl>
    <w:p>
      <w:pPr>
        <w:pStyle w:val="Heading2"/>
      </w:pPr>
      <w:r>
        <w:rPr>
          <w:color w:val="465246"/>
        </w:rPr>
        <w:t>Part 3 — Standing and conduct</w:t>
      </w:r>
    </w:p>
    <w:tbl>
      <w:tblPr>
        <w:tblW w:type="auto" w:w="0"/>
        <w:tblLayout w:type="fixed"/>
        <w:tblLook w:firstColumn="1" w:firstRow="1" w:lastColumn="0" w:lastRow="0" w:noHBand="0" w:noVBand="1" w:val="04A0"/>
        <w:tblBorders>
          <w:top w:val="single" w:sz="6" w:color="D8C3A5"/>
          <w:left w:val="single" w:sz="6" w:color="D8C3A5"/>
          <w:bottom w:val="single" w:sz="6" w:color="D8C3A5"/>
          <w:right w:val="single" w:sz="6" w:color="D8C3A5"/>
          <w:insideH w:val="single" w:sz="6" w:color="D8C3A5"/>
          <w:insideV w:val="single" w:sz="6" w:color="D8C3A5"/>
        </w:tblBorders>
      </w:tblPr>
      <w:tblGrid>
        <w:gridCol w:w="6861"/>
        <w:gridCol w:w="1610"/>
        <w:gridCol w:w="1610"/>
      </w:tblGrid>
      <w:tr>
        <w:trPr>
          <w:cantSplit/>
          <w:trHeight w:val="403" w:hRule="atLeast"/>
        </w:trPr>
        <w:tc>
          <w:tcPr>
            <w:tcW w:type="dxa" w:w="6861"/>
            <w:shd w:val="clear" w:color="auto" w:fill="E9DCC6"/>
          </w:tcPr>
          <w:p>
            <w:r>
              <w:rPr>
                <w:b/>
              </w:rPr>
              <w:t>Question</w:t>
            </w:r>
          </w:p>
        </w:tc>
        <w:tc>
          <w:tcPr>
            <w:tcW w:type="dxa" w:w="1610"/>
            <w:shd w:val="clear" w:color="auto" w:fill="E9DCC6"/>
          </w:tcPr>
          <w:p>
            <w:r>
              <w:rPr>
                <w:b/>
              </w:rPr>
              <w:t>Yes</w:t>
            </w:r>
          </w:p>
        </w:tc>
        <w:tc>
          <w:tcPr>
            <w:tcW w:type="dxa" w:w="1610"/>
            <w:shd w:val="clear" w:color="auto" w:fill="E9DCC6"/>
          </w:tcPr>
          <w:p>
            <w:r>
              <w:rPr>
                <w:b/>
              </w:rPr>
              <w:t>No / details</w:t>
            </w:r>
          </w:p>
        </w:tc>
      </w:tr>
      <w:tr>
        <w:trPr>
          <w:cantSplit/>
          <w:trHeight w:val="403" w:hRule="atLeast"/>
        </w:trPr>
        <w:tc>
          <w:tcPr>
            <w:tcW w:type="dxa" w:w="6861"/>
          </w:tcPr>
          <w:p>
            <w:r>
              <w:t>Was the practitioner in good standing throughout employment?</w:t>
            </w:r>
          </w:p>
        </w:tc>
        <w:tc>
          <w:tcPr>
            <w:tcW w:type="dxa" w:w="1610"/>
          </w:tcPr>
          <w:p>
            <w:pPr>
              <w:jc w:val="center"/>
            </w:pPr>
            <w:sdt>
              <w:sdtPr>
                <w14:checkbox>
                  <w14:checked w14:val="0"/>
                  <w14:checkedState w14:val="2714" w14:font="Segoe UI Symbol"/>
                  <w14:uncheckedState w14:val="2610" w14:font="Segoe UI Symbol"/>
                </w14:checkbox>
              </w:sdtPr>
              <w:sdtContent>
                <w:r>
                  <w:rPr>
                    <w:rFonts w:ascii="Segoe UI Symbol" w:hAnsi="Segoe UI Symbol" w:eastAsia="Segoe UI Symbol" w:cs="Segoe UI Symbol"/>
                  </w:rPr>
                  <w:t xml:space="preserve">☐</w:t>
                </w:r>
              </w:sdtContent>
            </w:sdt>
          </w:p>
        </w:tc>
        <w:tc>
          <w:tcPr>
            <w:tcW w:type="dxa" w:w="1610"/>
          </w:tcPr>
          <w:p>
            <w:pPr>
              <w:jc w:val="center"/>
            </w:pPr>
            <w:sdt>
              <w:sdtPr>
                <w14:checkbox>
                  <w14:checked w14:val="0"/>
                  <w14:checkedState w14:val="2714" w14:font="Segoe UI Symbol"/>
                  <w14:uncheckedState w14:val="2610" w14:font="Segoe UI Symbol"/>
                </w14:checkbox>
              </w:sdtPr>
              <w:sdtContent>
                <w:r>
                  <w:rPr>
                    <w:rFonts w:ascii="Segoe UI Symbol" w:hAnsi="Segoe UI Symbol" w:eastAsia="Segoe UI Symbol" w:cs="Segoe UI Symbol"/>
                  </w:rPr>
                  <w:t xml:space="preserve">☐</w:t>
                </w:r>
              </w:sdtContent>
            </w:sdt>
          </w:p>
        </w:tc>
      </w:tr>
      <w:tr>
        <w:trPr>
          <w:cantSplit/>
          <w:trHeight w:val="403" w:hRule="atLeast"/>
        </w:trPr>
        <w:tc>
          <w:tcPr>
            <w:tcW w:type="dxa" w:w="6861"/>
          </w:tcPr>
          <w:p>
            <w:r>
              <w:t>Was the practitioner ever disciplined, suspended, placed on a performance improvement plan, or terminated for cause?</w:t>
            </w:r>
          </w:p>
        </w:tc>
        <w:tc>
          <w:tcPr>
            <w:tcW w:type="dxa" w:w="1610"/>
          </w:tcPr>
          <w:p>
            <w:pPr>
              <w:jc w:val="center"/>
            </w:pPr>
            <w:sdt>
              <w:sdtPr>
                <w14:checkbox>
                  <w14:checked w14:val="0"/>
                  <w14:checkedState w14:val="2714" w14:font="Segoe UI Symbol"/>
                  <w14:uncheckedState w14:val="2610" w14:font="Segoe UI Symbol"/>
                </w14:checkbox>
              </w:sdtPr>
              <w:sdtContent>
                <w:r>
                  <w:rPr>
                    <w:rFonts w:ascii="Segoe UI Symbol" w:hAnsi="Segoe UI Symbol" w:eastAsia="Segoe UI Symbol" w:cs="Segoe UI Symbol"/>
                  </w:rPr>
                  <w:t xml:space="preserve">☐</w:t>
                </w:r>
              </w:sdtContent>
            </w:sdt>
          </w:p>
        </w:tc>
        <w:tc>
          <w:tcPr>
            <w:tcW w:type="dxa" w:w="1610"/>
          </w:tcPr>
          <w:p>
            <w:pPr>
              <w:jc w:val="center"/>
            </w:pPr>
            <w:sdt>
              <w:sdtPr>
                <w14:checkbox>
                  <w14:checked w14:val="0"/>
                  <w14:checkedState w14:val="2714" w14:font="Segoe UI Symbol"/>
                  <w14:uncheckedState w14:val="2610" w14:font="Segoe UI Symbol"/>
                </w14:checkbox>
              </w:sdtPr>
              <w:sdtContent>
                <w:r>
                  <w:rPr>
                    <w:rFonts w:ascii="Segoe UI Symbol" w:hAnsi="Segoe UI Symbol" w:eastAsia="Segoe UI Symbol" w:cs="Segoe UI Symbol"/>
                  </w:rPr>
                  <w:t xml:space="preserve">☐</w:t>
                </w:r>
              </w:sdtContent>
            </w:sdt>
          </w:p>
        </w:tc>
      </w:tr>
      <w:tr>
        <w:trPr>
          <w:cantSplit/>
          <w:trHeight w:val="403" w:hRule="atLeast"/>
        </w:trPr>
        <w:tc>
          <w:tcPr>
            <w:tcW w:type="dxa" w:w="6861"/>
          </w:tcPr>
          <w:p>
            <w:r>
              <w:t>Did the practitioner resign while under investigation, or to avoid investigation or discipline?</w:t>
            </w:r>
          </w:p>
        </w:tc>
        <w:tc>
          <w:tcPr>
            <w:tcW w:type="dxa" w:w="1610"/>
          </w:tcPr>
          <w:p>
            <w:pPr>
              <w:jc w:val="center"/>
            </w:pPr>
            <w:sdt>
              <w:sdtPr>
                <w14:checkbox>
                  <w14:checked w14:val="0"/>
                  <w14:checkedState w14:val="2714" w14:font="Segoe UI Symbol"/>
                  <w14:uncheckedState w14:val="2610" w14:font="Segoe UI Symbol"/>
                </w14:checkbox>
              </w:sdtPr>
              <w:sdtContent>
                <w:r>
                  <w:rPr>
                    <w:rFonts w:ascii="Segoe UI Symbol" w:hAnsi="Segoe UI Symbol" w:eastAsia="Segoe UI Symbol" w:cs="Segoe UI Symbol"/>
                  </w:rPr>
                  <w:t xml:space="preserve">☐</w:t>
                </w:r>
              </w:sdtContent>
            </w:sdt>
          </w:p>
        </w:tc>
        <w:tc>
          <w:tcPr>
            <w:tcW w:type="dxa" w:w="1610"/>
          </w:tcPr>
          <w:p>
            <w:pPr>
              <w:jc w:val="center"/>
            </w:pPr>
            <w:sdt>
              <w:sdtPr>
                <w14:checkbox>
                  <w14:checked w14:val="0"/>
                  <w14:checkedState w14:val="2714" w14:font="Segoe UI Symbol"/>
                  <w14:uncheckedState w14:val="2610" w14:font="Segoe UI Symbol"/>
                </w14:checkbox>
              </w:sdtPr>
              <w:sdtContent>
                <w:r>
                  <w:rPr>
                    <w:rFonts w:ascii="Segoe UI Symbol" w:hAnsi="Segoe UI Symbol" w:eastAsia="Segoe UI Symbol" w:cs="Segoe UI Symbol"/>
                  </w:rPr>
                  <w:t xml:space="preserve">☐</w:t>
                </w:r>
              </w:sdtContent>
            </w:sdt>
          </w:p>
        </w:tc>
      </w:tr>
      <w:tr>
        <w:trPr>
          <w:cantSplit/>
          <w:trHeight w:val="403" w:hRule="atLeast"/>
        </w:trPr>
        <w:tc>
          <w:tcPr>
            <w:tcW w:type="dxa" w:w="6861"/>
          </w:tcPr>
          <w:p>
            <w:r>
              <w:t>Were any professional liability claims made involving the practitioner's work for you (if known)?</w:t>
            </w:r>
          </w:p>
        </w:tc>
        <w:tc>
          <w:tcPr>
            <w:tcW w:type="dxa" w:w="1610"/>
          </w:tcPr>
          <w:p>
            <w:pPr>
              <w:jc w:val="center"/>
            </w:pPr>
            <w:sdt>
              <w:sdtPr>
                <w14:checkbox>
                  <w14:checked w14:val="0"/>
                  <w14:checkedState w14:val="2714" w14:font="Segoe UI Symbol"/>
                  <w14:uncheckedState w14:val="2610" w14:font="Segoe UI Symbol"/>
                </w14:checkbox>
              </w:sdtPr>
              <w:sdtContent>
                <w:r>
                  <w:rPr>
                    <w:rFonts w:ascii="Segoe UI Symbol" w:hAnsi="Segoe UI Symbol" w:eastAsia="Segoe UI Symbol" w:cs="Segoe UI Symbol"/>
                  </w:rPr>
                  <w:t xml:space="preserve">☐</w:t>
                </w:r>
              </w:sdtContent>
            </w:sdt>
          </w:p>
        </w:tc>
        <w:tc>
          <w:tcPr>
            <w:tcW w:type="dxa" w:w="1610"/>
          </w:tcPr>
          <w:p>
            <w:pPr>
              <w:jc w:val="center"/>
            </w:pPr>
            <w:sdt>
              <w:sdtPr>
                <w14:checkbox>
                  <w14:checked w14:val="0"/>
                  <w14:checkedState w14:val="2714" w14:font="Segoe UI Symbol"/>
                  <w14:uncheckedState w14:val="2610" w14:font="Segoe UI Symbol"/>
                </w14:checkbox>
              </w:sdtPr>
              <w:sdtContent>
                <w:r>
                  <w:rPr>
                    <w:rFonts w:ascii="Segoe UI Symbol" w:hAnsi="Segoe UI Symbol" w:eastAsia="Segoe UI Symbol" w:cs="Segoe UI Symbol"/>
                  </w:rPr>
                  <w:t xml:space="preserve">☐</w:t>
                </w:r>
              </w:sdtContent>
            </w:sdt>
          </w:p>
        </w:tc>
      </w:tr>
      <w:tr>
        <w:trPr>
          <w:cantSplit/>
          <w:trHeight w:val="403" w:hRule="atLeast"/>
        </w:trPr>
        <w:tc>
          <w:tcPr>
            <w:tcW w:type="dxa" w:w="6861"/>
          </w:tcPr>
          <w:p>
            <w:r>
              <w:t>Is any investigation or corrective action currently pending?</w:t>
            </w:r>
          </w:p>
        </w:tc>
        <w:tc>
          <w:tcPr>
            <w:tcW w:type="dxa" w:w="1610"/>
          </w:tcPr>
          <w:p>
            <w:pPr>
              <w:jc w:val="center"/>
            </w:pPr>
            <w:sdt>
              <w:sdtPr>
                <w14:checkbox>
                  <w14:checked w14:val="0"/>
                  <w14:checkedState w14:val="2714" w14:font="Segoe UI Symbol"/>
                  <w14:uncheckedState w14:val="2610" w14:font="Segoe UI Symbol"/>
                </w14:checkbox>
              </w:sdtPr>
              <w:sdtContent>
                <w:r>
                  <w:rPr>
                    <w:rFonts w:ascii="Segoe UI Symbol" w:hAnsi="Segoe UI Symbol" w:eastAsia="Segoe UI Symbol" w:cs="Segoe UI Symbol"/>
                  </w:rPr>
                  <w:t xml:space="preserve">☐</w:t>
                </w:r>
              </w:sdtContent>
            </w:sdt>
          </w:p>
        </w:tc>
        <w:tc>
          <w:tcPr>
            <w:tcW w:type="dxa" w:w="1610"/>
          </w:tcPr>
          <w:p>
            <w:pPr>
              <w:jc w:val="center"/>
            </w:pPr>
            <w:sdt>
              <w:sdtPr>
                <w14:checkbox>
                  <w14:checked w14:val="0"/>
                  <w14:checkedState w14:val="2714" w14:font="Segoe UI Symbol"/>
                  <w14:uncheckedState w14:val="2610" w14:font="Segoe UI Symbol"/>
                </w14:checkbox>
              </w:sdtPr>
              <w:sdtContent>
                <w:r>
                  <w:rPr>
                    <w:rFonts w:ascii="Segoe UI Symbol" w:hAnsi="Segoe UI Symbol" w:eastAsia="Segoe UI Symbol" w:cs="Segoe UI Symbol"/>
                  </w:rPr>
                  <w:t xml:space="preserve">☐</w:t>
                </w:r>
              </w:sdtContent>
            </w:sdt>
          </w:p>
        </w:tc>
      </w:tr>
    </w:tbl>
    <w:p>
      <w:r>
        <w:t>If you answered "No" to the first question or "Yes" to any other, please explain or tell us whom to contact.</w:t>
      </w:r>
    </w:p>
    <w:p>
      <w:pPr>
        <w:pStyle w:val="Heading2"/>
      </w:pPr>
      <w:r>
        <w:rPr>
          <w:color w:val="465246"/>
        </w:rPr>
        <w:t>Completed by (responding organization)</w:t>
      </w:r>
    </w:p>
    <w:tbl>
      <w:tblPr>
        <w:tblW w:type="auto" w:w="0"/>
        <w:tblLook w:firstColumn="1" w:firstRow="1" w:lastColumn="0" w:lastRow="0" w:noHBand="0" w:noVBand="1" w:val="04A0"/>
        <w:tblBorders>
          <w:top w:val="single" w:sz="6" w:color="D8C3A5"/>
          <w:left w:val="single" w:sz="6" w:color="D8C3A5"/>
          <w:bottom w:val="single" w:sz="6" w:color="D8C3A5"/>
          <w:right w:val="single" w:sz="6" w:color="D8C3A5"/>
          <w:insideH w:val="single" w:sz="6" w:color="D8C3A5"/>
          <w:insideV w:val="single" w:sz="6" w:color="D8C3A5"/>
        </w:tblBorders>
      </w:tblPr>
      <w:tblGrid>
        <w:gridCol w:w="4968"/>
        <w:gridCol w:w="4968"/>
      </w:tblGrid>
      <w:tr>
        <w:trPr>
          <w:trHeight w:val="403" w:hRule="atLeast"/>
          <w:cantSplit/>
        </w:trPr>
        <w:tc>
          <w:tcPr>
            <w:tcW w:type="dxa" w:w="3456"/>
            <w:shd w:val="clear" w:color="auto" w:fill="FAF7F2"/>
          </w:tcPr>
          <w:p>
            <w:r>
              <w:rPr>
                <w:b/>
              </w:rPr>
              <w:t>Name</w:t>
            </w:r>
          </w:p>
        </w:tc>
        <w:tc>
          <w:tcPr>
            <w:tcW w:type="dxa" w:w="6624"/>
          </w:tcPr>
          <w:p>
            <w:r/>
          </w:p>
        </w:tc>
      </w:tr>
      <w:tr>
        <w:trPr>
          <w:trHeight w:val="403" w:hRule="atLeast"/>
          <w:cantSplit/>
        </w:trPr>
        <w:tc>
          <w:tcPr>
            <w:tcW w:type="dxa" w:w="3456"/>
            <w:shd w:val="clear" w:color="auto" w:fill="FAF7F2"/>
          </w:tcPr>
          <w:p>
            <w:r>
              <w:rPr>
                <w:b/>
              </w:rPr>
              <w:t>Title</w:t>
            </w:r>
          </w:p>
        </w:tc>
        <w:tc>
          <w:tcPr>
            <w:tcW w:type="dxa" w:w="6624"/>
          </w:tcPr>
          <w:p>
            <w:r/>
          </w:p>
        </w:tc>
      </w:tr>
      <w:tr>
        <w:trPr>
          <w:trHeight w:val="403" w:hRule="atLeast"/>
          <w:cantSplit/>
        </w:trPr>
        <w:tc>
          <w:tcPr>
            <w:tcW w:type="dxa" w:w="3456"/>
            <w:shd w:val="clear" w:color="auto" w:fill="FAF7F2"/>
          </w:tcPr>
          <w:p>
            <w:r>
              <w:rPr>
                <w:b/>
              </w:rPr>
              <w:t>Organization / department</w:t>
            </w:r>
          </w:p>
        </w:tc>
        <w:tc>
          <w:tcPr>
            <w:tcW w:type="dxa" w:w="6624"/>
          </w:tcPr>
          <w:p>
            <w:r/>
          </w:p>
        </w:tc>
      </w:tr>
      <w:tr>
        <w:trPr>
          <w:trHeight w:val="403" w:hRule="atLeast"/>
          <w:cantSplit/>
        </w:trPr>
        <w:tc>
          <w:tcPr>
            <w:tcW w:type="dxa" w:w="3456"/>
            <w:shd w:val="clear" w:color="auto" w:fill="FAF7F2"/>
          </w:tcPr>
          <w:p>
            <w:r>
              <w:rPr>
                <w:b/>
              </w:rPr>
              <w:t>Phone / email</w:t>
            </w:r>
          </w:p>
        </w:tc>
        <w:tc>
          <w:tcPr>
            <w:tcW w:type="dxa" w:w="6624"/>
          </w:tcPr>
          <w:p>
            <w:r/>
          </w:p>
        </w:tc>
      </w:tr>
      <w:tr>
        <w:trPr>
          <w:trHeight w:val="403" w:hRule="atLeast"/>
          <w:cantSplit/>
        </w:trPr>
        <w:tc>
          <w:tcPr>
            <w:tcW w:type="dxa" w:w="3456"/>
            <w:shd w:val="clear" w:color="auto" w:fill="FAF7F2"/>
          </w:tcPr>
          <w:p>
            <w:r>
              <w:rPr>
                <w:b/>
              </w:rPr>
              <w:t>Signature</w:t>
            </w:r>
          </w:p>
        </w:tc>
        <w:tc>
          <w:tcPr>
            <w:tcW w:type="dxa" w:w="6624"/>
          </w:tcPr>
          <w:p>
            <w:r/>
          </w:p>
        </w:tc>
      </w:tr>
      <w:tr>
        <w:trPr>
          <w:trHeight w:val="403" w:hRule="atLeast"/>
          <w:cantSplit/>
        </w:trPr>
        <w:tc>
          <w:tcPr>
            <w:tcW w:type="dxa" w:w="3456"/>
            <w:shd w:val="clear" w:color="auto" w:fill="FAF7F2"/>
          </w:tcPr>
          <w:p>
            <w:r>
              <w:rPr>
                <w:b/>
              </w:rPr>
              <w:t>Date completed</w:t>
            </w:r>
          </w:p>
        </w:tc>
        <w:tc>
          <w:tcPr>
            <w:tcW w:type="dxa" w:w="6624"/>
          </w:tcPr>
          <w:p>
            <w:r/>
          </w:p>
        </w:tc>
      </w:tr>
      <w:tr>
        <w:trPr>
          <w:trHeight w:val="403" w:hRule="atLeast"/>
          <w:cantSplit/>
        </w:trPr>
        <w:tc>
          <w:tcPr>
            <w:tcW w:type="dxa" w:w="3456"/>
            <w:shd w:val="clear" w:color="auto" w:fill="FAF7F2"/>
          </w:tcPr>
          <w:p>
            <w:r>
              <w:rPr>
                <w:b/>
              </w:rPr>
              <w:t>Source used (e.g., official records, database)</w:t>
            </w:r>
          </w:p>
        </w:tc>
        <w:tc>
          <w:tcPr>
            <w:tcW w:type="dxa" w:w="6624"/>
          </w:tcPr>
          <w:p>
            <w:r/>
          </w:p>
        </w:tc>
      </w:tr>
    </w:tbl>
    <w:p>
      <w:r>
        <w:rPr>
          <w:i/>
        </w:rPr>
        <w:t>Please return this form with your organization's letterhead or official seal if that is your normal practice. Thank you for your assistance.</w:t>
      </w:r>
    </w:p>
    <w:p>
      <w:r>
        <w:br w:type="page"/>
      </w:r>
    </w:p>
    <w:p>
      <w:pPr>
        <w:pStyle w:val="Heading1"/>
      </w:pPr>
      <w:r>
        <w:rPr>
          <w:color w:val="465246"/>
        </w:rPr>
        <w:t>Attachment — Work history summary and gap log (for credentialing office use)</w:t>
      </w:r>
    </w:p>
    <w:p>
      <w:r>
        <w:t>NAMSS's Industry Credentialing Standards (voluntary) recommend a chronological list of employers since training completion in MM/YY format, primary-source verifying at least the past five years of practice history, a written explanation of any gap over 30 days, and the DD214 if the applicant was discharged from the military within the past five years. Follow your own policy and accreditor standards.</w:t>
      </w:r>
    </w:p>
    <w:tbl>
      <w:tblPr>
        <w:tblW w:type="auto" w:w="0"/>
        <w:tblLayout w:type="fixed"/>
        <w:tblLook w:firstColumn="1" w:firstRow="1" w:lastColumn="0" w:lastRow="0" w:noHBand="0" w:noVBand="1" w:val="04A0"/>
        <w:tblBorders>
          <w:top w:val="single" w:sz="6" w:color="D8C3A5"/>
          <w:left w:val="single" w:sz="6" w:color="D8C3A5"/>
          <w:bottom w:val="single" w:sz="6" w:color="D8C3A5"/>
          <w:right w:val="single" w:sz="6" w:color="D8C3A5"/>
          <w:insideH w:val="single" w:sz="6" w:color="D8C3A5"/>
          <w:insideV w:val="single" w:sz="6" w:color="D8C3A5"/>
        </w:tblBorders>
      </w:tblPr>
      <w:tblGrid>
        <w:gridCol w:w="1680"/>
        <w:gridCol w:w="1680"/>
        <w:gridCol w:w="1680"/>
        <w:gridCol w:w="1680"/>
        <w:gridCol w:w="1680"/>
        <w:gridCol w:w="1680"/>
      </w:tblGrid>
      <w:tr>
        <w:trPr>
          <w:cantSplit/>
          <w:trHeight w:val="403" w:hRule="atLeast"/>
        </w:trPr>
        <w:tc>
          <w:tcPr>
            <w:tcW w:type="dxa" w:w="1680"/>
            <w:shd w:val="clear" w:color="auto" w:fill="E9DCC6"/>
          </w:tcPr>
          <w:p>
            <w:r>
              <w:rPr>
                <w:b/>
              </w:rPr>
              <w:t>From (MM/YY)</w:t>
            </w:r>
          </w:p>
        </w:tc>
        <w:tc>
          <w:tcPr>
            <w:tcW w:type="dxa" w:w="1680"/>
            <w:shd w:val="clear" w:color="auto" w:fill="E9DCC6"/>
          </w:tcPr>
          <w:p>
            <w:r>
              <w:rPr>
                <w:b/>
              </w:rPr>
              <w:t>To (MM/YY)</w:t>
            </w:r>
          </w:p>
        </w:tc>
        <w:tc>
          <w:tcPr>
            <w:tcW w:type="dxa" w:w="1680"/>
            <w:shd w:val="clear" w:color="auto" w:fill="E9DCC6"/>
          </w:tcPr>
          <w:p>
            <w:r>
              <w:rPr>
                <w:b/>
              </w:rPr>
              <w:t>Organization / setting</w:t>
            </w:r>
          </w:p>
        </w:tc>
        <w:tc>
          <w:tcPr>
            <w:tcW w:type="dxa" w:w="1680"/>
            <w:shd w:val="clear" w:color="auto" w:fill="E9DCC6"/>
          </w:tcPr>
          <w:p>
            <w:r>
              <w:rPr>
                <w:b/>
              </w:rPr>
              <w:t>Role</w:t>
            </w:r>
          </w:p>
        </w:tc>
        <w:tc>
          <w:tcPr>
            <w:tcW w:type="dxa" w:w="1680"/>
            <w:shd w:val="clear" w:color="auto" w:fill="E9DCC6"/>
          </w:tcPr>
          <w:p>
            <w:r>
              <w:rPr>
                <w:b/>
              </w:rPr>
              <w:t>Verified (date / source)</w:t>
            </w:r>
          </w:p>
        </w:tc>
        <w:tc>
          <w:tcPr>
            <w:tcW w:type="dxa" w:w="1680"/>
            <w:shd w:val="clear" w:color="auto" w:fill="E9DCC6"/>
          </w:tcPr>
          <w:p>
            <w:r>
              <w:rPr>
                <w:b/>
              </w:rPr>
              <w:t>Gap &gt; 30 days? Explanation received</w:t>
            </w:r>
          </w:p>
        </w:tc>
      </w:tr>
      <w:tr>
        <w:trPr>
          <w:cantSplit/>
          <w:trHeight w:val="403" w:hRule="atLeast"/>
        </w:trPr>
        <w:tc>
          <w:tcPr>
            <w:tcW w:type="dxa" w:w="1680"/>
          </w:tcPr>
          <w:p/>
        </w:tc>
        <w:tc>
          <w:tcPr>
            <w:tcW w:type="dxa" w:w="1680"/>
          </w:tcPr>
          <w:p/>
        </w:tc>
        <w:tc>
          <w:tcPr>
            <w:tcW w:type="dxa" w:w="1680"/>
          </w:tcPr>
          <w:p/>
        </w:tc>
        <w:tc>
          <w:tcPr>
            <w:tcW w:type="dxa" w:w="1680"/>
          </w:tcPr>
          <w:p/>
        </w:tc>
        <w:tc>
          <w:tcPr>
            <w:tcW w:type="dxa" w:w="1680"/>
          </w:tcPr>
          <w:p/>
        </w:tc>
        <w:tc>
          <w:tcPr>
            <w:tcW w:type="dxa" w:w="1680"/>
          </w:tcPr>
          <w:p/>
        </w:tc>
      </w:tr>
      <w:tr>
        <w:trPr>
          <w:cantSplit/>
          <w:trHeight w:val="403" w:hRule="atLeast"/>
        </w:trPr>
        <w:tc>
          <w:tcPr>
            <w:tcW w:type="dxa" w:w="1680"/>
          </w:tcPr>
          <w:p/>
        </w:tc>
        <w:tc>
          <w:tcPr>
            <w:tcW w:type="dxa" w:w="1680"/>
          </w:tcPr>
          <w:p/>
        </w:tc>
        <w:tc>
          <w:tcPr>
            <w:tcW w:type="dxa" w:w="1680"/>
          </w:tcPr>
          <w:p/>
        </w:tc>
        <w:tc>
          <w:tcPr>
            <w:tcW w:type="dxa" w:w="1680"/>
          </w:tcPr>
          <w:p/>
        </w:tc>
        <w:tc>
          <w:tcPr>
            <w:tcW w:type="dxa" w:w="1680"/>
          </w:tcPr>
          <w:p/>
        </w:tc>
        <w:tc>
          <w:tcPr>
            <w:tcW w:type="dxa" w:w="1680"/>
          </w:tcPr>
          <w:p/>
        </w:tc>
      </w:tr>
      <w:tr>
        <w:trPr>
          <w:cantSplit/>
          <w:trHeight w:val="403" w:hRule="atLeast"/>
        </w:trPr>
        <w:tc>
          <w:tcPr>
            <w:tcW w:type="dxa" w:w="1680"/>
          </w:tcPr>
          <w:p/>
        </w:tc>
        <w:tc>
          <w:tcPr>
            <w:tcW w:type="dxa" w:w="1680"/>
          </w:tcPr>
          <w:p/>
        </w:tc>
        <w:tc>
          <w:tcPr>
            <w:tcW w:type="dxa" w:w="1680"/>
          </w:tcPr>
          <w:p/>
        </w:tc>
        <w:tc>
          <w:tcPr>
            <w:tcW w:type="dxa" w:w="1680"/>
          </w:tcPr>
          <w:p/>
        </w:tc>
        <w:tc>
          <w:tcPr>
            <w:tcW w:type="dxa" w:w="1680"/>
          </w:tcPr>
          <w:p/>
        </w:tc>
        <w:tc>
          <w:tcPr>
            <w:tcW w:type="dxa" w:w="1680"/>
          </w:tcPr>
          <w:p/>
        </w:tc>
      </w:tr>
      <w:tr>
        <w:trPr>
          <w:cantSplit/>
          <w:trHeight w:val="403" w:hRule="atLeast"/>
        </w:trPr>
        <w:tc>
          <w:tcPr>
            <w:tcW w:type="dxa" w:w="1680"/>
          </w:tcPr>
          <w:p/>
        </w:tc>
        <w:tc>
          <w:tcPr>
            <w:tcW w:type="dxa" w:w="1680"/>
          </w:tcPr>
          <w:p/>
        </w:tc>
        <w:tc>
          <w:tcPr>
            <w:tcW w:type="dxa" w:w="1680"/>
          </w:tcPr>
          <w:p/>
        </w:tc>
        <w:tc>
          <w:tcPr>
            <w:tcW w:type="dxa" w:w="1680"/>
          </w:tcPr>
          <w:p/>
        </w:tc>
        <w:tc>
          <w:tcPr>
            <w:tcW w:type="dxa" w:w="1680"/>
          </w:tcPr>
          <w:p/>
        </w:tc>
        <w:tc>
          <w:tcPr>
            <w:tcW w:type="dxa" w:w="1680"/>
          </w:tcPr>
          <w:p/>
        </w:tc>
      </w:tr>
      <w:tr>
        <w:trPr>
          <w:cantSplit/>
          <w:trHeight w:val="403" w:hRule="atLeast"/>
        </w:trPr>
        <w:tc>
          <w:tcPr>
            <w:tcW w:type="dxa" w:w="1680"/>
          </w:tcPr>
          <w:p/>
        </w:tc>
        <w:tc>
          <w:tcPr>
            <w:tcW w:type="dxa" w:w="1680"/>
          </w:tcPr>
          <w:p/>
        </w:tc>
        <w:tc>
          <w:tcPr>
            <w:tcW w:type="dxa" w:w="1680"/>
          </w:tcPr>
          <w:p/>
        </w:tc>
        <w:tc>
          <w:tcPr>
            <w:tcW w:type="dxa" w:w="1680"/>
          </w:tcPr>
          <w:p/>
        </w:tc>
        <w:tc>
          <w:tcPr>
            <w:tcW w:type="dxa" w:w="1680"/>
          </w:tcPr>
          <w:p/>
        </w:tc>
        <w:tc>
          <w:tcPr>
            <w:tcW w:type="dxa" w:w="1680"/>
          </w:tcPr>
          <w:p/>
        </w:tc>
      </w:tr>
      <w:tr>
        <w:trPr>
          <w:cantSplit/>
          <w:trHeight w:val="403" w:hRule="atLeast"/>
        </w:trPr>
        <w:tc>
          <w:tcPr>
            <w:tcW w:type="dxa" w:w="1680"/>
          </w:tcPr>
          <w:p/>
        </w:tc>
        <w:tc>
          <w:tcPr>
            <w:tcW w:type="dxa" w:w="1680"/>
          </w:tcPr>
          <w:p/>
        </w:tc>
        <w:tc>
          <w:tcPr>
            <w:tcW w:type="dxa" w:w="1680"/>
          </w:tcPr>
          <w:p/>
        </w:tc>
        <w:tc>
          <w:tcPr>
            <w:tcW w:type="dxa" w:w="1680"/>
          </w:tcPr>
          <w:p/>
        </w:tc>
        <w:tc>
          <w:tcPr>
            <w:tcW w:type="dxa" w:w="1680"/>
          </w:tcPr>
          <w:p/>
        </w:tc>
        <w:tc>
          <w:tcPr>
            <w:tcW w:type="dxa" w:w="1680"/>
          </w:tcPr>
          <w:p/>
        </w:tc>
      </w:tr>
      <w:tr>
        <w:trPr>
          <w:cantSplit/>
          <w:trHeight w:val="403" w:hRule="atLeast"/>
        </w:trPr>
        <w:tc>
          <w:tcPr>
            <w:tcW w:type="dxa" w:w="1680"/>
          </w:tcPr>
          <w:p/>
        </w:tc>
        <w:tc>
          <w:tcPr>
            <w:tcW w:type="dxa" w:w="1680"/>
          </w:tcPr>
          <w:p/>
        </w:tc>
        <w:tc>
          <w:tcPr>
            <w:tcW w:type="dxa" w:w="1680"/>
          </w:tcPr>
          <w:p/>
        </w:tc>
        <w:tc>
          <w:tcPr>
            <w:tcW w:type="dxa" w:w="1680"/>
          </w:tcPr>
          <w:p/>
        </w:tc>
        <w:tc>
          <w:tcPr>
            <w:tcW w:type="dxa" w:w="1680"/>
          </w:tcPr>
          <w:p/>
        </w:tc>
        <w:tc>
          <w:tcPr>
            <w:tcW w:type="dxa" w:w="1680"/>
          </w:tcPr>
          <w:p/>
        </w:tc>
      </w:tr>
      <w:tr>
        <w:trPr>
          <w:cantSplit/>
          <w:trHeight w:val="403" w:hRule="atLeast"/>
        </w:trPr>
        <w:tc>
          <w:tcPr>
            <w:tcW w:type="dxa" w:w="1680"/>
          </w:tcPr>
          <w:p/>
        </w:tc>
        <w:tc>
          <w:tcPr>
            <w:tcW w:type="dxa" w:w="1680"/>
          </w:tcPr>
          <w:p/>
        </w:tc>
        <w:tc>
          <w:tcPr>
            <w:tcW w:type="dxa" w:w="1680"/>
          </w:tcPr>
          <w:p/>
        </w:tc>
        <w:tc>
          <w:tcPr>
            <w:tcW w:type="dxa" w:w="1680"/>
          </w:tcPr>
          <w:p/>
        </w:tc>
        <w:tc>
          <w:tcPr>
            <w:tcW w:type="dxa" w:w="1680"/>
          </w:tcPr>
          <w:p/>
        </w:tc>
        <w:tc>
          <w:tcPr>
            <w:tcW w:type="dxa" w:w="1680"/>
          </w:tcPr>
          <w:p/>
        </w:tc>
      </w:tr>
      <w:tr>
        <w:trPr>
          <w:cantSplit/>
          <w:trHeight w:val="403" w:hRule="atLeast"/>
        </w:trPr>
        <w:tc>
          <w:tcPr>
            <w:tcW w:type="dxa" w:w="1680"/>
          </w:tcPr>
          <w:p/>
        </w:tc>
        <w:tc>
          <w:tcPr>
            <w:tcW w:type="dxa" w:w="1680"/>
          </w:tcPr>
          <w:p/>
        </w:tc>
        <w:tc>
          <w:tcPr>
            <w:tcW w:type="dxa" w:w="1680"/>
          </w:tcPr>
          <w:p/>
        </w:tc>
        <w:tc>
          <w:tcPr>
            <w:tcW w:type="dxa" w:w="1680"/>
          </w:tcPr>
          <w:p/>
        </w:tc>
        <w:tc>
          <w:tcPr>
            <w:tcW w:type="dxa" w:w="1680"/>
          </w:tcPr>
          <w:p/>
        </w:tc>
        <w:tc>
          <w:tcPr>
            <w:tcW w:type="dxa" w:w="1680"/>
          </w:tcPr>
          <w:p/>
        </w:tc>
      </w:tr>
      <w:tr>
        <w:trPr>
          <w:cantSplit/>
          <w:trHeight w:val="403" w:hRule="atLeast"/>
        </w:trPr>
        <w:tc>
          <w:tcPr>
            <w:tcW w:type="dxa" w:w="1680"/>
          </w:tcPr>
          <w:p/>
        </w:tc>
        <w:tc>
          <w:tcPr>
            <w:tcW w:type="dxa" w:w="1680"/>
          </w:tcPr>
          <w:p/>
        </w:tc>
        <w:tc>
          <w:tcPr>
            <w:tcW w:type="dxa" w:w="1680"/>
          </w:tcPr>
          <w:p/>
        </w:tc>
        <w:tc>
          <w:tcPr>
            <w:tcW w:type="dxa" w:w="1680"/>
          </w:tcPr>
          <w:p/>
        </w:tc>
        <w:tc>
          <w:tcPr>
            <w:tcW w:type="dxa" w:w="1680"/>
          </w:tcPr>
          <w:p/>
        </w:tc>
        <w:tc>
          <w:tcPr>
            <w:tcW w:type="dxa" w:w="1680"/>
          </w:tcPr>
          <w:p/>
        </w:tc>
      </w:tr>
    </w:tbl>
    <w:tbl>
      <w:tblPr>
        <w:tblW w:type="auto" w:w="0"/>
        <w:tblLook w:firstColumn="1" w:firstRow="1" w:lastColumn="0" w:lastRow="0" w:noHBand="0" w:noVBand="1" w:val="04A0"/>
        <w:tblBorders>
          <w:top w:val="single" w:sz="6" w:color="D8C3A5"/>
          <w:left w:val="single" w:sz="6" w:color="D8C3A5"/>
          <w:bottom w:val="single" w:sz="6" w:color="D8C3A5"/>
          <w:right w:val="single" w:sz="6" w:color="D8C3A5"/>
          <w:insideH w:val="single" w:sz="6" w:color="D8C3A5"/>
          <w:insideV w:val="single" w:sz="6" w:color="D8C3A5"/>
        </w:tblBorders>
      </w:tblPr>
      <w:tblGrid>
        <w:gridCol w:w="4968"/>
        <w:gridCol w:w="4968"/>
      </w:tblGrid>
      <w:tr>
        <w:trPr>
          <w:trHeight w:val="403" w:hRule="atLeast"/>
          <w:cantSplit/>
        </w:trPr>
        <w:tc>
          <w:tcPr>
            <w:tcW w:type="dxa" w:w="3456"/>
            <w:shd w:val="clear" w:color="auto" w:fill="FAF7F2"/>
          </w:tcPr>
          <w:p>
            <w:r>
              <w:rPr>
                <w:b/>
              </w:rPr>
              <w:t>Discharged from military in the past 5 years? DD214 received (date)</w:t>
            </w:r>
          </w:p>
        </w:tc>
        <w:tc>
          <w:tcPr>
            <w:tcW w:type="dxa" w:w="6624"/>
          </w:tcPr>
          <w:p>
            <w:r/>
          </w:p>
        </w:tc>
      </w:tr>
      <w:tr>
        <w:trPr>
          <w:trHeight w:val="403" w:hRule="atLeast"/>
          <w:cantSplit/>
        </w:trPr>
        <w:tc>
          <w:tcPr>
            <w:tcW w:type="dxa" w:w="3456"/>
            <w:shd w:val="clear" w:color="auto" w:fill="FAF7F2"/>
          </w:tcPr>
          <w:p>
            <w:r>
              <w:rPr>
                <w:b/>
              </w:rPr>
              <w:t>Reviewed by / date</w:t>
            </w:r>
          </w:p>
        </w:tc>
        <w:tc>
          <w:tcPr>
            <w:tcW w:type="dxa" w:w="6624"/>
          </w:tcPr>
          <w:p>
            <w:r/>
          </w:p>
        </w:tc>
      </w:tr>
    </w:tbl>
    <w:sectPr w:rsidR="00FC693F" w:rsidRPr="0006063C" w:rsidSect="00034616">
      <w:footerReference w:type="default" r:id="rId9"/>
      <w:pgSz w:w="12240" w:h="15840"/>
      <w:pgMar w:top="936" w:right="1080" w:bottom="936"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All Things Credentialing — Work History / Employment Verification Request — general template, not legal advice</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All Things Credentialing</dc:creator>
  <cp:keywords/>
  <dc:description/>
  <cp:lastModifiedBy/>
  <cp:revision>1</cp:revision>
  <dcterms:created xsi:type="dcterms:W3CDTF">2013-12-23T23:15:00Z</dcterms:created>
  <dcterms:modified xsi:type="dcterms:W3CDTF">2013-12-23T23:15:00Z</dcterms:modified>
  <cp:category/>
</cp:coreProperties>
</file>